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280" w:rsidRPr="00F8386A" w:rsidRDefault="00E23918" w:rsidP="00F8386A">
      <w:pPr>
        <w:autoSpaceDE w:val="0"/>
        <w:autoSpaceDN w:val="0"/>
        <w:spacing w:after="0" w:line="268" w:lineRule="exact"/>
        <w:ind w:left="5529"/>
        <w:rPr>
          <w:lang w:val="ru-RU"/>
        </w:rPr>
      </w:pPr>
      <w:r w:rsidRPr="00F8386A">
        <w:rPr>
          <w:rFonts w:ascii="Times New Roman" w:eastAsia="Times New Roman" w:hAnsi="Times New Roman"/>
          <w:color w:val="000000"/>
          <w:sz w:val="24"/>
          <w:lang w:val="ru-RU"/>
        </w:rPr>
        <w:t xml:space="preserve">УТВЕРЖДЕН </w:t>
      </w:r>
      <w:r w:rsidRPr="00F8386A">
        <w:rPr>
          <w:lang w:val="ru-RU"/>
        </w:rPr>
        <w:br/>
      </w:r>
      <w:r w:rsidRPr="00F8386A">
        <w:rPr>
          <w:rFonts w:ascii="Times New Roman" w:eastAsia="Times New Roman" w:hAnsi="Times New Roman"/>
          <w:color w:val="000000"/>
          <w:sz w:val="24"/>
          <w:lang w:val="ru-RU"/>
        </w:rPr>
        <w:t xml:space="preserve">постановлением Администрации </w:t>
      </w:r>
      <w:r w:rsidRPr="00F8386A">
        <w:rPr>
          <w:lang w:val="ru-RU"/>
        </w:rPr>
        <w:br/>
      </w:r>
      <w:r w:rsidRPr="00F8386A">
        <w:rPr>
          <w:rFonts w:ascii="Times New Roman" w:eastAsia="Times New Roman" w:hAnsi="Times New Roman"/>
          <w:color w:val="000000"/>
          <w:sz w:val="24"/>
          <w:lang w:val="ru-RU"/>
        </w:rPr>
        <w:t xml:space="preserve">Наро-Фоминского городского округа </w:t>
      </w:r>
      <w:r w:rsidRPr="00F8386A">
        <w:rPr>
          <w:lang w:val="ru-RU"/>
        </w:rPr>
        <w:br/>
      </w:r>
      <w:r w:rsidRPr="00F8386A">
        <w:rPr>
          <w:rFonts w:ascii="Times New Roman" w:eastAsia="Times New Roman" w:hAnsi="Times New Roman"/>
          <w:color w:val="000000"/>
          <w:sz w:val="24"/>
          <w:lang w:val="ru-RU"/>
        </w:rPr>
        <w:t xml:space="preserve"> от ___________________ № _____ </w:t>
      </w:r>
    </w:p>
    <w:p w:rsidR="00A77280" w:rsidRPr="00F8386A" w:rsidRDefault="00E23918" w:rsidP="00F8386A">
      <w:pPr>
        <w:autoSpaceDE w:val="0"/>
        <w:autoSpaceDN w:val="0"/>
        <w:spacing w:before="878" w:after="0" w:line="278" w:lineRule="exact"/>
        <w:ind w:right="-1"/>
        <w:jc w:val="center"/>
        <w:rPr>
          <w:lang w:val="ru-RU"/>
        </w:rPr>
      </w:pPr>
      <w:r w:rsidRPr="00F8386A">
        <w:rPr>
          <w:rFonts w:ascii="Times New Roman" w:eastAsia="Times New Roman" w:hAnsi="Times New Roman"/>
          <w:color w:val="000000"/>
          <w:sz w:val="24"/>
          <w:lang w:val="ru-RU"/>
        </w:rPr>
        <w:t>Административный регламент предоставления муниципальной услуги</w:t>
      </w:r>
      <w:r w:rsidR="00F8386A">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 «Признание садового дома жилым домом и жилого дома садовым домом </w:t>
      </w:r>
      <w:r w:rsidR="00F8386A">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на территории Наро-Фоминского городского округа </w:t>
      </w:r>
      <w:r w:rsidR="001B44BC" w:rsidRPr="001B44BC">
        <w:rPr>
          <w:rFonts w:ascii="Times New Roman" w:eastAsia="Times New Roman" w:hAnsi="Times New Roman"/>
          <w:color w:val="000000"/>
          <w:sz w:val="24"/>
          <w:lang w:val="ru-RU"/>
        </w:rPr>
        <w:t>Московской области</w:t>
      </w:r>
      <w:r w:rsidR="00922CBA">
        <w:rPr>
          <w:rFonts w:ascii="Times New Roman" w:eastAsia="Times New Roman" w:hAnsi="Times New Roman"/>
          <w:color w:val="000000"/>
          <w:sz w:val="24"/>
          <w:lang w:val="ru-RU"/>
        </w:rPr>
        <w:t>»</w:t>
      </w:r>
    </w:p>
    <w:p w:rsidR="00A77280" w:rsidRDefault="00F8386A" w:rsidP="00F8386A">
      <w:pPr>
        <w:autoSpaceDE w:val="0"/>
        <w:autoSpaceDN w:val="0"/>
        <w:spacing w:before="404" w:after="0" w:line="240" w:lineRule="exact"/>
        <w:ind w:right="-28"/>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r w:rsidR="00E23918">
        <w:rPr>
          <w:rFonts w:ascii="Times New Roman" w:eastAsia="Times New Roman" w:hAnsi="Times New Roman"/>
          <w:color w:val="000000"/>
          <w:sz w:val="24"/>
        </w:rPr>
        <w:t>I</w:t>
      </w:r>
      <w:r>
        <w:rPr>
          <w:rFonts w:ascii="Times New Roman" w:eastAsia="Times New Roman" w:hAnsi="Times New Roman"/>
          <w:color w:val="000000"/>
          <w:sz w:val="24"/>
          <w:lang w:val="ru-RU"/>
        </w:rPr>
        <w:t xml:space="preserve"> Общие положения</w:t>
      </w:r>
    </w:p>
    <w:p w:rsidR="00F8386A" w:rsidRPr="00F8386A" w:rsidRDefault="00F8386A" w:rsidP="00F8386A">
      <w:pPr>
        <w:autoSpaceDE w:val="0"/>
        <w:autoSpaceDN w:val="0"/>
        <w:spacing w:after="0" w:line="240" w:lineRule="exact"/>
        <w:ind w:right="-28"/>
        <w:rPr>
          <w:lang w:val="ru-RU"/>
        </w:rPr>
      </w:pPr>
    </w:p>
    <w:p w:rsidR="00A77280" w:rsidRPr="00F8386A" w:rsidRDefault="00E23918" w:rsidP="00EF5F35">
      <w:pPr>
        <w:tabs>
          <w:tab w:val="left" w:pos="2127"/>
        </w:tabs>
        <w:autoSpaceDE w:val="0"/>
        <w:autoSpaceDN w:val="0"/>
        <w:spacing w:before="78" w:after="0" w:line="242" w:lineRule="exact"/>
        <w:ind w:left="2102"/>
        <w:rPr>
          <w:lang w:val="ru-RU"/>
        </w:rPr>
      </w:pPr>
      <w:r w:rsidRPr="00F8386A">
        <w:rPr>
          <w:rFonts w:ascii="Times New Roman" w:eastAsia="Times New Roman" w:hAnsi="Times New Roman"/>
          <w:color w:val="000000"/>
          <w:sz w:val="24"/>
          <w:lang w:val="ru-RU"/>
        </w:rPr>
        <w:t xml:space="preserve">1. Предмет регулирования административного регламента </w:t>
      </w:r>
    </w:p>
    <w:p w:rsidR="00A77280" w:rsidRPr="00F8386A" w:rsidRDefault="00E23918" w:rsidP="00EF5F35">
      <w:pPr>
        <w:tabs>
          <w:tab w:val="left" w:pos="2127"/>
        </w:tabs>
        <w:autoSpaceDE w:val="0"/>
        <w:autoSpaceDN w:val="0"/>
        <w:spacing w:before="310" w:after="0" w:line="276" w:lineRule="exact"/>
        <w:ind w:left="262" w:firstLine="566"/>
        <w:jc w:val="both"/>
        <w:rPr>
          <w:lang w:val="ru-RU"/>
        </w:rPr>
      </w:pPr>
      <w:r w:rsidRPr="00F8386A">
        <w:rPr>
          <w:rFonts w:ascii="Times New Roman" w:eastAsia="Times New Roman" w:hAnsi="Times New Roman"/>
          <w:color w:val="000000"/>
          <w:sz w:val="24"/>
          <w:lang w:val="ru-RU"/>
        </w:rPr>
        <w:t>1.1. Настоящий административный регламент предоставления муниципальной услуги «Признание садового дома жилым домом и жилого дома садовым домом</w:t>
      </w:r>
      <w:r w:rsidR="001B44BC" w:rsidRPr="001B44BC">
        <w:rPr>
          <w:lang w:val="ru-RU"/>
        </w:rPr>
        <w:t xml:space="preserve"> </w:t>
      </w:r>
      <w:r w:rsidR="001B44BC" w:rsidRPr="001B44BC">
        <w:rPr>
          <w:rFonts w:ascii="Times New Roman" w:eastAsia="Times New Roman" w:hAnsi="Times New Roman"/>
          <w:color w:val="000000"/>
          <w:sz w:val="24"/>
          <w:lang w:val="ru-RU"/>
        </w:rPr>
        <w:t>на территории Наро-Фоминского городского округа Московской области</w:t>
      </w:r>
      <w:r w:rsidR="00922CBA">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r w:rsidRPr="00922CBA">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далее соответственно – Регламент, Услуга</w:t>
      </w:r>
      <w:r w:rsidRPr="00F8386A">
        <w:rPr>
          <w:rFonts w:ascii="Times New Roman" w:eastAsia="Times New Roman" w:hAnsi="Times New Roman"/>
          <w:b/>
          <w:color w:val="000000"/>
          <w:sz w:val="24"/>
          <w:lang w:val="ru-RU"/>
        </w:rPr>
        <w:t>)</w:t>
      </w:r>
      <w:r w:rsidRPr="00F8386A">
        <w:rPr>
          <w:rFonts w:ascii="Times New Roman" w:eastAsia="Times New Roman" w:hAnsi="Times New Roman"/>
          <w:color w:val="000000"/>
          <w:sz w:val="24"/>
          <w:lang w:val="ru-RU"/>
        </w:rPr>
        <w:t xml:space="preserve"> регулирует отношения, возникающие в связи с предоставлением Услуги Комитетом по управлению имуществом Администрации Наро-Фоминского городского округа (далее – Комитет). </w:t>
      </w:r>
    </w:p>
    <w:p w:rsidR="00A77280" w:rsidRPr="00F8386A" w:rsidRDefault="00E23918" w:rsidP="00EF5F35">
      <w:pPr>
        <w:tabs>
          <w:tab w:val="left" w:pos="828"/>
          <w:tab w:val="left" w:pos="2127"/>
        </w:tabs>
        <w:autoSpaceDE w:val="0"/>
        <w:autoSpaceDN w:val="0"/>
        <w:spacing w:after="0" w:line="276" w:lineRule="exact"/>
        <w:ind w:left="262"/>
        <w:jc w:val="both"/>
        <w:rPr>
          <w:lang w:val="ru-RU"/>
        </w:rPr>
      </w:pPr>
      <w:r w:rsidRPr="00F8386A">
        <w:rPr>
          <w:lang w:val="ru-RU"/>
        </w:rPr>
        <w:tab/>
      </w:r>
      <w:r w:rsidRPr="00F8386A">
        <w:rPr>
          <w:rFonts w:ascii="Times New Roman" w:eastAsia="Times New Roman" w:hAnsi="Times New Roman"/>
          <w:color w:val="000000"/>
          <w:sz w:val="24"/>
          <w:lang w:val="ru-RU"/>
        </w:rPr>
        <w:t xml:space="preserve">1.2. Перечень условных обозначений и сокращений, используемых в Регламенте, приведен в Приложении 1 к Регламенту. </w:t>
      </w:r>
    </w:p>
    <w:p w:rsidR="00A77280" w:rsidRPr="00F8386A" w:rsidRDefault="00E23918" w:rsidP="00EF5F35">
      <w:pPr>
        <w:tabs>
          <w:tab w:val="left" w:pos="2127"/>
        </w:tabs>
        <w:autoSpaceDE w:val="0"/>
        <w:autoSpaceDN w:val="0"/>
        <w:spacing w:after="0" w:line="276" w:lineRule="exact"/>
        <w:ind w:left="262" w:right="26" w:firstLine="566"/>
        <w:jc w:val="both"/>
        <w:rPr>
          <w:lang w:val="ru-RU"/>
        </w:rPr>
      </w:pPr>
      <w:r w:rsidRPr="00F8386A">
        <w:rPr>
          <w:rFonts w:ascii="Times New Roman" w:eastAsia="Times New Roman" w:hAnsi="Times New Roman"/>
          <w:color w:val="000000"/>
          <w:sz w:val="24"/>
          <w:lang w:val="ru-RU"/>
        </w:rPr>
        <w:t>1.3. Комитет</w:t>
      </w:r>
      <w:r w:rsidR="00F8386A">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 xml:space="preserve">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и результат предоставления Услуги. </w:t>
      </w:r>
    </w:p>
    <w:p w:rsidR="00A77280" w:rsidRPr="00F8386A" w:rsidRDefault="00E23918" w:rsidP="00EF5F35">
      <w:pPr>
        <w:tabs>
          <w:tab w:val="left" w:pos="2127"/>
        </w:tabs>
        <w:autoSpaceDE w:val="0"/>
        <w:autoSpaceDN w:val="0"/>
        <w:spacing w:after="0" w:line="276" w:lineRule="exact"/>
        <w:ind w:left="262" w:right="20" w:firstLine="566"/>
        <w:jc w:val="both"/>
        <w:rPr>
          <w:lang w:val="ru-RU"/>
        </w:rPr>
      </w:pPr>
      <w:r w:rsidRPr="00F8386A">
        <w:rPr>
          <w:rFonts w:ascii="Times New Roman" w:eastAsia="Times New Roman" w:hAnsi="Times New Roman"/>
          <w:color w:val="000000"/>
          <w:sz w:val="24"/>
          <w:lang w:val="ru-RU"/>
        </w:rPr>
        <w:t xml:space="preserve">1.4. Регламент не применяется к объектам, имеющим назначение «нежилое», расположенным в границах населенных пунктов на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 </w:t>
      </w:r>
    </w:p>
    <w:p w:rsidR="00F8386A" w:rsidRDefault="00E23918" w:rsidP="00EF5F35">
      <w:pPr>
        <w:tabs>
          <w:tab w:val="left" w:pos="828"/>
          <w:tab w:val="left" w:pos="2127"/>
        </w:tabs>
        <w:autoSpaceDE w:val="0"/>
        <w:autoSpaceDN w:val="0"/>
        <w:spacing w:after="0" w:line="276" w:lineRule="exact"/>
        <w:ind w:left="262" w:right="144"/>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1.5. Нормативные правовые акты, в</w:t>
      </w:r>
      <w:r w:rsidR="00F8386A">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соответствии с</w:t>
      </w:r>
      <w:r w:rsidR="00F8386A">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 xml:space="preserve">которыми предоставляется Услуга: </w:t>
      </w:r>
    </w:p>
    <w:p w:rsidR="00A77280" w:rsidRPr="00F8386A" w:rsidRDefault="00F8386A" w:rsidP="00EF5F35">
      <w:pPr>
        <w:tabs>
          <w:tab w:val="left" w:pos="828"/>
          <w:tab w:val="left" w:pos="2127"/>
        </w:tabs>
        <w:autoSpaceDE w:val="0"/>
        <w:autoSpaceDN w:val="0"/>
        <w:spacing w:after="0" w:line="276" w:lineRule="exact"/>
        <w:ind w:left="262" w:right="144"/>
        <w:jc w:val="both"/>
        <w:rPr>
          <w:lang w:val="ru-RU"/>
        </w:rPr>
      </w:pPr>
      <w:r>
        <w:rPr>
          <w:rFonts w:ascii="Times New Roman" w:eastAsia="Times New Roman" w:hAnsi="Times New Roman"/>
          <w:color w:val="000000"/>
          <w:sz w:val="24"/>
          <w:lang w:val="ru-RU"/>
        </w:rPr>
        <w:tab/>
        <w:t xml:space="preserve">1.5.1. </w:t>
      </w:r>
      <w:r w:rsidR="00E23918" w:rsidRPr="00F8386A">
        <w:rPr>
          <w:rFonts w:ascii="Times New Roman" w:eastAsia="Times New Roman" w:hAnsi="Times New Roman"/>
          <w:color w:val="000000"/>
          <w:sz w:val="24"/>
          <w:lang w:val="ru-RU"/>
        </w:rPr>
        <w:t xml:space="preserve">Градостроительный кодекс Российской Федерации. </w:t>
      </w:r>
    </w:p>
    <w:p w:rsidR="00A77280" w:rsidRPr="00F8386A" w:rsidRDefault="00F8386A" w:rsidP="00EF5F35">
      <w:pPr>
        <w:tabs>
          <w:tab w:val="left" w:pos="2127"/>
        </w:tabs>
        <w:autoSpaceDE w:val="0"/>
        <w:autoSpaceDN w:val="0"/>
        <w:spacing w:before="32" w:after="0" w:line="244" w:lineRule="exact"/>
        <w:ind w:left="262" w:firstLine="589"/>
        <w:jc w:val="both"/>
        <w:rPr>
          <w:lang w:val="ru-RU"/>
        </w:rPr>
      </w:pPr>
      <w:r>
        <w:rPr>
          <w:rFonts w:ascii="Times New Roman" w:eastAsia="Times New Roman" w:hAnsi="Times New Roman"/>
          <w:color w:val="000000"/>
          <w:sz w:val="24"/>
          <w:lang w:val="ru-RU"/>
        </w:rPr>
        <w:t xml:space="preserve">1.5.2. </w:t>
      </w:r>
      <w:r w:rsidR="00E23918" w:rsidRPr="00F8386A">
        <w:rPr>
          <w:rFonts w:ascii="Times New Roman" w:eastAsia="Times New Roman" w:hAnsi="Times New Roman"/>
          <w:color w:val="000000"/>
          <w:sz w:val="24"/>
          <w:lang w:val="ru-RU"/>
        </w:rPr>
        <w:t xml:space="preserve">Земельный кодекс Российской Федерации. </w:t>
      </w:r>
    </w:p>
    <w:p w:rsidR="00A77280" w:rsidRPr="00F8386A" w:rsidRDefault="00F8386A" w:rsidP="00EF5F35">
      <w:pPr>
        <w:tabs>
          <w:tab w:val="left" w:pos="2127"/>
        </w:tabs>
        <w:autoSpaceDE w:val="0"/>
        <w:autoSpaceDN w:val="0"/>
        <w:spacing w:before="32" w:after="0" w:line="244" w:lineRule="exact"/>
        <w:ind w:left="262" w:firstLine="589"/>
        <w:jc w:val="both"/>
        <w:rPr>
          <w:lang w:val="ru-RU"/>
        </w:rPr>
      </w:pPr>
      <w:r>
        <w:rPr>
          <w:rFonts w:ascii="Times New Roman" w:eastAsia="Times New Roman" w:hAnsi="Times New Roman"/>
          <w:color w:val="000000"/>
          <w:sz w:val="24"/>
          <w:lang w:val="ru-RU"/>
        </w:rPr>
        <w:t xml:space="preserve">1.5.3. </w:t>
      </w:r>
      <w:r w:rsidR="00E23918" w:rsidRPr="00F8386A">
        <w:rPr>
          <w:rFonts w:ascii="Times New Roman" w:eastAsia="Times New Roman" w:hAnsi="Times New Roman"/>
          <w:color w:val="000000"/>
          <w:sz w:val="24"/>
          <w:lang w:val="ru-RU"/>
        </w:rPr>
        <w:t xml:space="preserve">Гражданский кодекс Российской Федерации. </w:t>
      </w:r>
    </w:p>
    <w:p w:rsidR="00A77280" w:rsidRPr="00F8386A" w:rsidRDefault="00F8386A" w:rsidP="00EF5F35">
      <w:pPr>
        <w:tabs>
          <w:tab w:val="left" w:pos="2127"/>
        </w:tabs>
        <w:autoSpaceDE w:val="0"/>
        <w:autoSpaceDN w:val="0"/>
        <w:spacing w:after="0" w:line="276" w:lineRule="exact"/>
        <w:ind w:left="262" w:right="24" w:firstLine="458"/>
        <w:jc w:val="both"/>
        <w:rPr>
          <w:lang w:val="ru-RU"/>
        </w:rPr>
      </w:pPr>
      <w:r>
        <w:rPr>
          <w:rFonts w:ascii="Times New Roman" w:eastAsia="Times New Roman" w:hAnsi="Times New Roman"/>
          <w:color w:val="000000"/>
          <w:sz w:val="24"/>
          <w:lang w:val="ru-RU"/>
        </w:rPr>
        <w:t xml:space="preserve">  1.5.4. </w:t>
      </w:r>
      <w:r w:rsidR="00E23918" w:rsidRPr="00F8386A">
        <w:rPr>
          <w:rFonts w:ascii="Times New Roman" w:eastAsia="Times New Roman" w:hAnsi="Times New Roman"/>
          <w:color w:val="000000"/>
          <w:sz w:val="24"/>
          <w:lang w:val="ru-RU"/>
        </w:rPr>
        <w:t xml:space="preserve">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A77280" w:rsidRPr="00F8386A" w:rsidRDefault="00F8386A" w:rsidP="00EF5F35">
      <w:pPr>
        <w:tabs>
          <w:tab w:val="left" w:pos="2127"/>
        </w:tabs>
        <w:autoSpaceDE w:val="0"/>
        <w:autoSpaceDN w:val="0"/>
        <w:spacing w:after="0" w:line="276" w:lineRule="exact"/>
        <w:ind w:left="262" w:right="22" w:firstLine="731"/>
        <w:jc w:val="both"/>
        <w:rPr>
          <w:lang w:val="ru-RU"/>
        </w:rPr>
      </w:pPr>
      <w:r>
        <w:rPr>
          <w:rFonts w:ascii="Times New Roman" w:eastAsia="Times New Roman" w:hAnsi="Times New Roman"/>
          <w:color w:val="000000"/>
          <w:sz w:val="24"/>
          <w:lang w:val="ru-RU"/>
        </w:rPr>
        <w:t xml:space="preserve">1.5.5. </w:t>
      </w:r>
      <w:r w:rsidR="00E23918" w:rsidRPr="00F8386A">
        <w:rPr>
          <w:rFonts w:ascii="Times New Roman" w:eastAsia="Times New Roman" w:hAnsi="Times New Roman"/>
          <w:color w:val="000000"/>
          <w:sz w:val="24"/>
          <w:lang w:val="ru-RU"/>
        </w:rPr>
        <w:t xml:space="preserve">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
    <w:p w:rsidR="00A77280" w:rsidRPr="00F8386A" w:rsidRDefault="00E23918" w:rsidP="00EF5F35">
      <w:pPr>
        <w:tabs>
          <w:tab w:val="left" w:pos="2127"/>
        </w:tabs>
        <w:autoSpaceDE w:val="0"/>
        <w:autoSpaceDN w:val="0"/>
        <w:spacing w:before="310" w:after="0" w:line="242" w:lineRule="exact"/>
        <w:ind w:right="3854"/>
        <w:jc w:val="right"/>
        <w:rPr>
          <w:lang w:val="ru-RU"/>
        </w:rPr>
      </w:pPr>
      <w:r w:rsidRPr="00F8386A">
        <w:rPr>
          <w:rFonts w:ascii="Times New Roman" w:eastAsia="Times New Roman" w:hAnsi="Times New Roman"/>
          <w:color w:val="000000"/>
          <w:sz w:val="24"/>
          <w:lang w:val="ru-RU"/>
        </w:rPr>
        <w:t xml:space="preserve">2. Круг заявителей </w:t>
      </w:r>
    </w:p>
    <w:p w:rsidR="00A77280" w:rsidRPr="00F8386A" w:rsidRDefault="00E23918" w:rsidP="00EF5F35">
      <w:pPr>
        <w:tabs>
          <w:tab w:val="left" w:pos="2127"/>
        </w:tabs>
        <w:autoSpaceDE w:val="0"/>
        <w:autoSpaceDN w:val="0"/>
        <w:spacing w:before="274" w:after="0" w:line="276" w:lineRule="exact"/>
        <w:ind w:left="262" w:right="20" w:firstLine="566"/>
        <w:jc w:val="both"/>
        <w:rPr>
          <w:lang w:val="ru-RU"/>
        </w:rPr>
      </w:pPr>
      <w:r w:rsidRPr="00F8386A">
        <w:rPr>
          <w:rFonts w:ascii="Times New Roman" w:eastAsia="Times New Roman" w:hAnsi="Times New Roman"/>
          <w:color w:val="000000"/>
          <w:sz w:val="24"/>
          <w:lang w:val="ru-RU"/>
        </w:rPr>
        <w:t xml:space="preserve">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 Комитет, Администрацию Наро-Фоминского городского округа (далее – Администрация) с запросом (далее – заявитель). </w:t>
      </w:r>
    </w:p>
    <w:p w:rsidR="00A77280" w:rsidRPr="00F8386A" w:rsidRDefault="00E23918" w:rsidP="00F8386A">
      <w:pPr>
        <w:autoSpaceDE w:val="0"/>
        <w:autoSpaceDN w:val="0"/>
        <w:spacing w:after="0" w:line="276" w:lineRule="exact"/>
        <w:ind w:firstLine="709"/>
        <w:jc w:val="both"/>
        <w:rPr>
          <w:lang w:val="ru-RU"/>
        </w:rPr>
      </w:pPr>
      <w:r w:rsidRPr="00F8386A">
        <w:rPr>
          <w:rFonts w:ascii="Times New Roman" w:eastAsia="Times New Roman" w:hAnsi="Times New Roman"/>
          <w:color w:val="000000"/>
          <w:sz w:val="24"/>
          <w:lang w:val="ru-RU"/>
        </w:rPr>
        <w:lastRenderedPageBreak/>
        <w:t xml:space="preserve">2.2. Услуга предоставляется категории заявителя в соответствии с 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 </w:t>
      </w:r>
    </w:p>
    <w:p w:rsidR="00A77280" w:rsidRPr="00F8386A" w:rsidRDefault="00E23918" w:rsidP="00F8386A">
      <w:pPr>
        <w:autoSpaceDE w:val="0"/>
        <w:autoSpaceDN w:val="0"/>
        <w:spacing w:before="308" w:after="0" w:line="244" w:lineRule="exact"/>
        <w:ind w:right="2968" w:firstLine="828"/>
        <w:jc w:val="right"/>
        <w:rPr>
          <w:lang w:val="ru-RU"/>
        </w:rPr>
      </w:pPr>
      <w:r>
        <w:rPr>
          <w:rFonts w:ascii="Times New Roman" w:eastAsia="Times New Roman" w:hAnsi="Times New Roman"/>
          <w:color w:val="000000"/>
          <w:sz w:val="24"/>
        </w:rPr>
        <w:t>II</w:t>
      </w:r>
      <w:r w:rsidRPr="00F8386A">
        <w:rPr>
          <w:rFonts w:ascii="Times New Roman" w:eastAsia="Times New Roman" w:hAnsi="Times New Roman"/>
          <w:color w:val="000000"/>
          <w:sz w:val="24"/>
          <w:lang w:val="ru-RU"/>
        </w:rPr>
        <w:t xml:space="preserve">. Стандарт предоставления Услуги </w:t>
      </w:r>
    </w:p>
    <w:p w:rsidR="00A77280" w:rsidRPr="00F8386A" w:rsidRDefault="00E23918" w:rsidP="00F8386A">
      <w:pPr>
        <w:autoSpaceDE w:val="0"/>
        <w:autoSpaceDN w:val="0"/>
        <w:spacing w:before="308" w:after="0" w:line="244" w:lineRule="exact"/>
        <w:ind w:right="3556" w:firstLine="828"/>
        <w:jc w:val="right"/>
        <w:rPr>
          <w:lang w:val="ru-RU"/>
        </w:rPr>
      </w:pPr>
      <w:r w:rsidRPr="00F8386A">
        <w:rPr>
          <w:rFonts w:ascii="Times New Roman" w:eastAsia="Times New Roman" w:hAnsi="Times New Roman"/>
          <w:color w:val="000000"/>
          <w:sz w:val="24"/>
          <w:lang w:val="ru-RU"/>
        </w:rPr>
        <w:t xml:space="preserve">3. Наименование Услуги </w:t>
      </w:r>
    </w:p>
    <w:p w:rsidR="00A77280" w:rsidRPr="00F8386A" w:rsidRDefault="00F8386A" w:rsidP="00F8386A">
      <w:pPr>
        <w:autoSpaceDE w:val="0"/>
        <w:autoSpaceDN w:val="0"/>
        <w:spacing w:before="268" w:after="0" w:line="280" w:lineRule="exact"/>
        <w:ind w:firstLine="828"/>
        <w:jc w:val="both"/>
        <w:rPr>
          <w:lang w:val="ru-RU"/>
        </w:rPr>
      </w:pPr>
      <w:r>
        <w:rPr>
          <w:rFonts w:ascii="Times New Roman" w:eastAsia="Times New Roman" w:hAnsi="Times New Roman"/>
          <w:color w:val="000000"/>
          <w:sz w:val="24"/>
          <w:lang w:val="ru-RU"/>
        </w:rPr>
        <w:t xml:space="preserve">3.1. </w:t>
      </w:r>
      <w:r w:rsidR="00E23918" w:rsidRPr="00F8386A">
        <w:rPr>
          <w:rFonts w:ascii="Times New Roman" w:eastAsia="Times New Roman" w:hAnsi="Times New Roman"/>
          <w:color w:val="000000"/>
          <w:sz w:val="24"/>
          <w:lang w:val="ru-RU"/>
        </w:rPr>
        <w:t>Услуга «Признание садового дома жилым домом и жилого дома садовым домом</w:t>
      </w: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на территории Наро-Фоминского городского округа</w:t>
      </w:r>
      <w:r w:rsidR="001B44BC">
        <w:rPr>
          <w:rFonts w:ascii="Times New Roman" w:eastAsia="Times New Roman" w:hAnsi="Times New Roman"/>
          <w:color w:val="000000"/>
          <w:sz w:val="24"/>
          <w:lang w:val="ru-RU"/>
        </w:rPr>
        <w:t xml:space="preserve"> </w:t>
      </w:r>
      <w:r w:rsidR="001B44BC" w:rsidRPr="001B44BC">
        <w:rPr>
          <w:rFonts w:ascii="Times New Roman" w:eastAsia="Times New Roman" w:hAnsi="Times New Roman"/>
          <w:color w:val="000000"/>
          <w:sz w:val="24"/>
          <w:lang w:val="ru-RU"/>
        </w:rPr>
        <w:t>Московской области</w:t>
      </w:r>
      <w:r w:rsidR="00922CBA">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A77280" w:rsidRPr="00F8386A" w:rsidRDefault="00F8386A" w:rsidP="00F8386A">
      <w:pPr>
        <w:autoSpaceDE w:val="0"/>
        <w:autoSpaceDN w:val="0"/>
        <w:spacing w:before="268" w:after="0" w:line="280" w:lineRule="exact"/>
        <w:ind w:right="720" w:firstLine="828"/>
        <w:jc w:val="center"/>
        <w:rPr>
          <w:lang w:val="ru-RU"/>
        </w:rPr>
      </w:pPr>
      <w:r>
        <w:rPr>
          <w:rFonts w:ascii="Times New Roman" w:eastAsia="Times New Roman" w:hAnsi="Times New Roman"/>
          <w:color w:val="000000"/>
          <w:sz w:val="24"/>
          <w:lang w:val="ru-RU"/>
        </w:rPr>
        <w:t xml:space="preserve">4. </w:t>
      </w:r>
      <w:r w:rsidR="00E23918" w:rsidRPr="00F8386A">
        <w:rPr>
          <w:rFonts w:ascii="Times New Roman" w:eastAsia="Times New Roman" w:hAnsi="Times New Roman"/>
          <w:color w:val="000000"/>
          <w:sz w:val="24"/>
          <w:lang w:val="ru-RU"/>
        </w:rPr>
        <w:t>Наименование органа местного самоуправления муниципального образования Московской области, предоставляющего Услугу</w:t>
      </w:r>
    </w:p>
    <w:p w:rsidR="00A77280" w:rsidRDefault="00E23918" w:rsidP="007E4538">
      <w:pPr>
        <w:tabs>
          <w:tab w:val="left" w:pos="0"/>
        </w:tabs>
        <w:autoSpaceDE w:val="0"/>
        <w:autoSpaceDN w:val="0"/>
        <w:spacing w:before="272" w:after="18"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4.1. Органом местного самоуправления муниципального образования Московской области, ответственным за предоставление Услуги, является Администрация. </w:t>
      </w:r>
    </w:p>
    <w:p w:rsidR="00F8386A" w:rsidRPr="00F8386A" w:rsidRDefault="007E4538" w:rsidP="007E4538">
      <w:pPr>
        <w:tabs>
          <w:tab w:val="left" w:pos="709"/>
        </w:tabs>
        <w:autoSpaceDE w:val="0"/>
        <w:autoSpaceDN w:val="0"/>
        <w:spacing w:after="0" w:line="276" w:lineRule="exact"/>
        <w:ind w:right="-1"/>
        <w:jc w:val="both"/>
        <w:rPr>
          <w:rFonts w:ascii="Times New Roman" w:hAnsi="Times New Roman" w:cs="Times New Roman"/>
          <w:sz w:val="24"/>
          <w:szCs w:val="24"/>
          <w:lang w:val="ru-RU"/>
        </w:rPr>
      </w:pPr>
      <w:r>
        <w:rPr>
          <w:rFonts w:ascii="Times New Roman" w:hAnsi="Times New Roman" w:cs="Times New Roman"/>
          <w:sz w:val="24"/>
          <w:szCs w:val="24"/>
          <w:lang w:val="ru-RU"/>
        </w:rPr>
        <w:tab/>
        <w:t>4.</w:t>
      </w:r>
      <w:r w:rsidR="00F8386A" w:rsidRPr="00F8386A">
        <w:rPr>
          <w:rFonts w:ascii="Times New Roman" w:hAnsi="Times New Roman" w:cs="Times New Roman"/>
          <w:sz w:val="24"/>
          <w:szCs w:val="24"/>
          <w:lang w:val="ru-RU"/>
        </w:rPr>
        <w:t xml:space="preserve">2. Непосредственное предоставление Услуги </w:t>
      </w:r>
      <w:r>
        <w:rPr>
          <w:rFonts w:ascii="Times New Roman" w:hAnsi="Times New Roman" w:cs="Times New Roman"/>
          <w:sz w:val="24"/>
          <w:szCs w:val="24"/>
          <w:lang w:val="ru-RU"/>
        </w:rPr>
        <w:t>о</w:t>
      </w:r>
      <w:r w:rsidR="00F8386A" w:rsidRPr="00F8386A">
        <w:rPr>
          <w:rFonts w:ascii="Times New Roman" w:hAnsi="Times New Roman" w:cs="Times New Roman"/>
          <w:sz w:val="24"/>
          <w:szCs w:val="24"/>
          <w:lang w:val="ru-RU"/>
        </w:rPr>
        <w:t>существля</w:t>
      </w:r>
      <w:r w:rsidR="00F8386A">
        <w:rPr>
          <w:rFonts w:ascii="Times New Roman" w:hAnsi="Times New Roman" w:cs="Times New Roman"/>
          <w:sz w:val="24"/>
          <w:szCs w:val="24"/>
          <w:lang w:val="ru-RU"/>
        </w:rPr>
        <w:t>е</w:t>
      </w:r>
      <w:r w:rsidR="00F8386A" w:rsidRPr="00F8386A">
        <w:rPr>
          <w:rFonts w:ascii="Times New Roman" w:hAnsi="Times New Roman" w:cs="Times New Roman"/>
          <w:sz w:val="24"/>
          <w:szCs w:val="24"/>
          <w:lang w:val="ru-RU"/>
        </w:rPr>
        <w:t xml:space="preserve">т </w:t>
      </w:r>
      <w:r>
        <w:rPr>
          <w:rFonts w:ascii="Times New Roman" w:hAnsi="Times New Roman" w:cs="Times New Roman"/>
          <w:sz w:val="24"/>
          <w:szCs w:val="24"/>
          <w:lang w:val="ru-RU"/>
        </w:rPr>
        <w:t>с</w:t>
      </w:r>
      <w:r w:rsidR="00F8386A" w:rsidRPr="00F8386A">
        <w:rPr>
          <w:rFonts w:ascii="Times New Roman" w:hAnsi="Times New Roman" w:cs="Times New Roman"/>
          <w:sz w:val="24"/>
          <w:szCs w:val="24"/>
          <w:lang w:val="ru-RU"/>
        </w:rPr>
        <w:t>труктурн</w:t>
      </w:r>
      <w:r w:rsidR="00F8386A">
        <w:rPr>
          <w:rFonts w:ascii="Times New Roman" w:hAnsi="Times New Roman" w:cs="Times New Roman"/>
          <w:sz w:val="24"/>
          <w:szCs w:val="24"/>
          <w:lang w:val="ru-RU"/>
        </w:rPr>
        <w:t>о</w:t>
      </w:r>
      <w:r w:rsidR="00F8386A" w:rsidRPr="00F8386A">
        <w:rPr>
          <w:rFonts w:ascii="Times New Roman" w:hAnsi="Times New Roman" w:cs="Times New Roman"/>
          <w:sz w:val="24"/>
          <w:szCs w:val="24"/>
          <w:lang w:val="ru-RU"/>
        </w:rPr>
        <w:t>е подразделени</w:t>
      </w:r>
      <w:r w:rsidR="00F8386A">
        <w:rPr>
          <w:rFonts w:ascii="Times New Roman" w:hAnsi="Times New Roman" w:cs="Times New Roman"/>
          <w:sz w:val="24"/>
          <w:szCs w:val="24"/>
          <w:lang w:val="ru-RU"/>
        </w:rPr>
        <w:t>е</w:t>
      </w:r>
      <w:r w:rsidR="00F8386A" w:rsidRPr="00F8386A">
        <w:rPr>
          <w:rFonts w:ascii="Times New Roman" w:hAnsi="Times New Roman" w:cs="Times New Roman"/>
          <w:sz w:val="24"/>
          <w:szCs w:val="24"/>
          <w:lang w:val="ru-RU"/>
        </w:rPr>
        <w:t xml:space="preserve"> Комитет</w:t>
      </w:r>
      <w:r w:rsidR="00F8386A">
        <w:rPr>
          <w:rFonts w:ascii="Times New Roman" w:hAnsi="Times New Roman" w:cs="Times New Roman"/>
          <w:sz w:val="24"/>
          <w:szCs w:val="24"/>
          <w:lang w:val="ru-RU"/>
        </w:rPr>
        <w:t>.</w:t>
      </w:r>
    </w:p>
    <w:p w:rsidR="00A77280" w:rsidRPr="00F8386A" w:rsidRDefault="00E23918" w:rsidP="00F8386A">
      <w:pPr>
        <w:autoSpaceDE w:val="0"/>
        <w:autoSpaceDN w:val="0"/>
        <w:spacing w:before="308" w:after="0" w:line="244" w:lineRule="exact"/>
        <w:ind w:right="140" w:firstLine="828"/>
        <w:jc w:val="center"/>
        <w:rPr>
          <w:lang w:val="ru-RU"/>
        </w:rPr>
      </w:pPr>
      <w:r w:rsidRPr="00F8386A">
        <w:rPr>
          <w:rFonts w:ascii="Times New Roman" w:eastAsia="Times New Roman" w:hAnsi="Times New Roman"/>
          <w:color w:val="000000"/>
          <w:sz w:val="24"/>
          <w:lang w:val="ru-RU"/>
        </w:rPr>
        <w:t>5. Результат предоставления Услуги</w:t>
      </w:r>
    </w:p>
    <w:p w:rsidR="001B44BC" w:rsidRDefault="00E23918" w:rsidP="00F8386A">
      <w:pPr>
        <w:tabs>
          <w:tab w:val="left" w:pos="828"/>
        </w:tabs>
        <w:autoSpaceDE w:val="0"/>
        <w:autoSpaceDN w:val="0"/>
        <w:spacing w:before="276" w:after="18" w:line="276" w:lineRule="exact"/>
        <w:ind w:firstLine="709"/>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5.1. Результатом предоставления Услуги является:</w:t>
      </w:r>
    </w:p>
    <w:p w:rsidR="00DD6A4C" w:rsidRDefault="00E23918" w:rsidP="001B44BC">
      <w:pPr>
        <w:tabs>
          <w:tab w:val="left" w:pos="828"/>
        </w:tabs>
        <w:autoSpaceDE w:val="0"/>
        <w:autoSpaceDN w:val="0"/>
        <w:spacing w:after="0" w:line="240" w:lineRule="auto"/>
        <w:ind w:firstLine="709"/>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5.1.1. Решение о предоставлении Услуги: </w:t>
      </w:r>
    </w:p>
    <w:p w:rsidR="00A77280" w:rsidRPr="00F8386A" w:rsidRDefault="00DD6A4C" w:rsidP="00DD6A4C">
      <w:pPr>
        <w:tabs>
          <w:tab w:val="left" w:pos="828"/>
        </w:tabs>
        <w:autoSpaceDE w:val="0"/>
        <w:autoSpaceDN w:val="0"/>
        <w:spacing w:after="0" w:line="276" w:lineRule="exact"/>
        <w:ind w:firstLine="709"/>
        <w:jc w:val="both"/>
        <w:rPr>
          <w:lang w:val="ru-RU"/>
        </w:rPr>
      </w:pPr>
      <w:r>
        <w:rPr>
          <w:rFonts w:ascii="Times New Roman" w:eastAsia="Times New Roman" w:hAnsi="Times New Roman"/>
          <w:color w:val="000000"/>
          <w:sz w:val="24"/>
          <w:lang w:val="ru-RU"/>
        </w:rPr>
        <w:t xml:space="preserve">  5.1.1.1. </w:t>
      </w:r>
      <w:r w:rsidR="00E23918" w:rsidRPr="00F8386A">
        <w:rPr>
          <w:rFonts w:ascii="Times New Roman" w:eastAsia="Times New Roman" w:hAnsi="Times New Roman"/>
          <w:color w:val="000000"/>
          <w:sz w:val="24"/>
          <w:lang w:val="ru-RU"/>
        </w:rPr>
        <w:t>В случае, если целью обращения заявителя является признание садового дома жилым домом решение о</w:t>
      </w: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предоставлении Услуги оформляется в виде: </w:t>
      </w:r>
      <w:r w:rsidR="00E23918" w:rsidRPr="00F8386A">
        <w:rPr>
          <w:lang w:val="ru-RU"/>
        </w:rPr>
        <w:br/>
      </w:r>
      <w:r w:rsidR="00E23918" w:rsidRPr="00F8386A">
        <w:rPr>
          <w:lang w:val="ru-RU"/>
        </w:rPr>
        <w:tab/>
      </w:r>
      <w:r w:rsidR="00E23918" w:rsidRPr="00F8386A">
        <w:rPr>
          <w:rFonts w:ascii="Times New Roman" w:eastAsia="Times New Roman" w:hAnsi="Times New Roman"/>
          <w:color w:val="000000"/>
          <w:sz w:val="24"/>
          <w:lang w:val="ru-RU"/>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w:t>
      </w:r>
      <w:r>
        <w:rPr>
          <w:rFonts w:ascii="Times New Roman" w:eastAsia="Times New Roman" w:hAnsi="Times New Roman"/>
          <w:color w:val="000000"/>
          <w:sz w:val="24"/>
          <w:lang w:val="ru-RU"/>
        </w:rPr>
        <w:t xml:space="preserve"> для проживания, многоквартирного дома аварийным и подлежащим сносу или реконструкции, садового дома жилым домом и жилого дома садовым домом».</w:t>
      </w:r>
    </w:p>
    <w:p w:rsidR="00A77280" w:rsidRPr="00F8386A" w:rsidRDefault="00DD6A4C" w:rsidP="00DD6A4C">
      <w:pPr>
        <w:tabs>
          <w:tab w:val="left" w:pos="828"/>
        </w:tabs>
        <w:autoSpaceDE w:val="0"/>
        <w:autoSpaceDN w:val="0"/>
        <w:spacing w:after="0" w:line="276" w:lineRule="exact"/>
        <w:jc w:val="both"/>
        <w:rPr>
          <w:lang w:val="ru-RU"/>
        </w:rPr>
      </w:pPr>
      <w:r>
        <w:rPr>
          <w:lang w:val="ru-RU"/>
        </w:rPr>
        <w:tab/>
        <w:t xml:space="preserve">Формирование </w:t>
      </w:r>
      <w:r w:rsidR="00E23918" w:rsidRPr="00F8386A">
        <w:rPr>
          <w:rFonts w:ascii="Times New Roman" w:eastAsia="Times New Roman" w:hAnsi="Times New Roman"/>
          <w:color w:val="000000"/>
          <w:sz w:val="24"/>
          <w:lang w:val="ru-RU"/>
        </w:rPr>
        <w:t xml:space="preserve">реестровой записи в качестве результата предоставления Услуги не предусмотрено. </w:t>
      </w:r>
    </w:p>
    <w:p w:rsidR="00A77280" w:rsidRPr="00F8386A" w:rsidRDefault="00DD6A4C" w:rsidP="00F8386A">
      <w:pPr>
        <w:tabs>
          <w:tab w:val="left" w:pos="828"/>
        </w:tabs>
        <w:autoSpaceDE w:val="0"/>
        <w:autoSpaceDN w:val="0"/>
        <w:spacing w:after="0" w:line="276" w:lineRule="exact"/>
        <w:ind w:firstLine="828"/>
        <w:jc w:val="both"/>
        <w:rPr>
          <w:lang w:val="ru-RU"/>
        </w:rPr>
      </w:pPr>
      <w:r>
        <w:rPr>
          <w:rFonts w:ascii="Times New Roman" w:eastAsia="Times New Roman" w:hAnsi="Times New Roman"/>
          <w:color w:val="000000"/>
          <w:sz w:val="24"/>
          <w:lang w:val="ru-RU"/>
        </w:rPr>
        <w:t xml:space="preserve">5.1.1.2. </w:t>
      </w:r>
      <w:r w:rsidR="00E23918" w:rsidRPr="00F8386A">
        <w:rPr>
          <w:rFonts w:ascii="Times New Roman" w:eastAsia="Times New Roman" w:hAnsi="Times New Roman"/>
          <w:color w:val="000000"/>
          <w:sz w:val="24"/>
          <w:lang w:val="ru-RU"/>
        </w:rPr>
        <w:t xml:space="preserve">В случае, если целью обращения заявителя является признание жилого дома садовым домом решение о предоставлении Услуги оформляется в виде: </w:t>
      </w:r>
      <w:r w:rsidR="00E23918" w:rsidRPr="00F8386A">
        <w:rPr>
          <w:lang w:val="ru-RU"/>
        </w:rPr>
        <w:br/>
      </w:r>
      <w:r w:rsidR="00E23918" w:rsidRPr="00F8386A">
        <w:rPr>
          <w:lang w:val="ru-RU"/>
        </w:rPr>
        <w:tab/>
      </w:r>
      <w:r w:rsidR="00E23918" w:rsidRPr="00F8386A">
        <w:rPr>
          <w:rFonts w:ascii="Times New Roman" w:eastAsia="Times New Roman" w:hAnsi="Times New Roman"/>
          <w:color w:val="000000"/>
          <w:sz w:val="24"/>
          <w:lang w:val="ru-RU"/>
        </w:rPr>
        <w:t xml:space="preserve">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
    <w:p w:rsidR="00A77280" w:rsidRPr="00F8386A" w:rsidRDefault="00DD6A4C" w:rsidP="00DD6A4C">
      <w:pPr>
        <w:tabs>
          <w:tab w:val="left" w:pos="828"/>
        </w:tabs>
        <w:autoSpaceDE w:val="0"/>
        <w:autoSpaceDN w:val="0"/>
        <w:spacing w:after="0" w:line="276" w:lineRule="exact"/>
        <w:jc w:val="both"/>
        <w:rPr>
          <w:lang w:val="ru-RU"/>
        </w:rPr>
      </w:pPr>
      <w:r>
        <w:rPr>
          <w:lang w:val="ru-RU"/>
        </w:rPr>
        <w:tab/>
      </w:r>
      <w:r w:rsidR="00E23918" w:rsidRPr="00F8386A">
        <w:rPr>
          <w:rFonts w:ascii="Times New Roman" w:eastAsia="Times New Roman" w:hAnsi="Times New Roman"/>
          <w:color w:val="000000"/>
          <w:sz w:val="24"/>
          <w:lang w:val="ru-RU"/>
        </w:rPr>
        <w:t xml:space="preserve">Формирование реестровой записи в качестве результата предоставления Услуги не предусмотрено. </w:t>
      </w:r>
    </w:p>
    <w:p w:rsidR="00A77280" w:rsidRPr="00F8386A" w:rsidRDefault="00E23918" w:rsidP="00DD6A4C">
      <w:pPr>
        <w:tabs>
          <w:tab w:val="left" w:pos="828"/>
        </w:tabs>
        <w:autoSpaceDE w:val="0"/>
        <w:autoSpaceDN w:val="0"/>
        <w:spacing w:after="0" w:line="278" w:lineRule="exact"/>
        <w:ind w:firstLine="828"/>
        <w:jc w:val="both"/>
        <w:rPr>
          <w:lang w:val="ru-RU"/>
        </w:rPr>
      </w:pPr>
      <w:r w:rsidRPr="00F8386A">
        <w:rPr>
          <w:rFonts w:ascii="Times New Roman" w:eastAsia="Times New Roman" w:hAnsi="Times New Roman"/>
          <w:color w:val="000000"/>
          <w:sz w:val="24"/>
          <w:lang w:val="ru-RU"/>
        </w:rPr>
        <w:t>5.1.2. Решение об отказе в предоставлении Услуги в виде документа, который оформляется в соответствии с</w:t>
      </w:r>
      <w:r w:rsidR="00DD6A4C">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 xml:space="preserve">Приложением 4 к Регламенту. </w:t>
      </w:r>
    </w:p>
    <w:p w:rsidR="00EF5F35" w:rsidRDefault="00E23918" w:rsidP="00DD6A4C">
      <w:pPr>
        <w:autoSpaceDE w:val="0"/>
        <w:autoSpaceDN w:val="0"/>
        <w:spacing w:after="0" w:line="276" w:lineRule="exact"/>
        <w:ind w:firstLine="828"/>
        <w:jc w:val="both"/>
        <w:rPr>
          <w:rFonts w:ascii="Times New Roman" w:eastAsia="Times New Roman" w:hAnsi="Times New Roman"/>
          <w:color w:val="000000"/>
          <w:sz w:val="24"/>
          <w:lang w:val="ru-RU"/>
        </w:rPr>
      </w:pPr>
      <w:r w:rsidRPr="00F8386A">
        <w:rPr>
          <w:rFonts w:ascii="Times New Roman" w:eastAsia="Times New Roman" w:hAnsi="Times New Roman"/>
          <w:color w:val="000000"/>
          <w:sz w:val="24"/>
          <w:lang w:val="ru-RU"/>
        </w:rPr>
        <w:t xml:space="preserve">5.2. Перечень способов получения результата (результатов) предоставления Услуги: </w:t>
      </w:r>
    </w:p>
    <w:p w:rsidR="00EF5F35" w:rsidRDefault="00EF5F35" w:rsidP="00DD6A4C">
      <w:pPr>
        <w:autoSpaceDE w:val="0"/>
        <w:autoSpaceDN w:val="0"/>
        <w:spacing w:after="0" w:line="276" w:lineRule="exact"/>
        <w:ind w:firstLine="828"/>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5.2.1. </w:t>
      </w:r>
      <w:r w:rsidR="00E23918" w:rsidRPr="00F8386A">
        <w:rPr>
          <w:rFonts w:ascii="Times New Roman" w:eastAsia="Times New Roman" w:hAnsi="Times New Roman"/>
          <w:color w:val="000000"/>
          <w:sz w:val="24"/>
          <w:lang w:val="ru-RU"/>
        </w:rPr>
        <w:t>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Комитета</w:t>
      </w:r>
      <w:r w:rsidR="003A1225">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F5F35" w:rsidRDefault="00EF5F35" w:rsidP="00EF5F35">
      <w:pPr>
        <w:autoSpaceDE w:val="0"/>
        <w:autoSpaceDN w:val="0"/>
        <w:spacing w:after="0" w:line="274" w:lineRule="exact"/>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lastRenderedPageBreak/>
        <w:t xml:space="preserve">             </w:t>
      </w:r>
      <w:r w:rsidRPr="00EF5F35">
        <w:rPr>
          <w:rFonts w:ascii="Times New Roman" w:eastAsia="Times New Roman" w:hAnsi="Times New Roman"/>
          <w:color w:val="000000"/>
          <w:sz w:val="24"/>
          <w:lang w:val="ru-RU"/>
        </w:rPr>
        <w:t xml:space="preserve">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w:t>
      </w:r>
      <w:r>
        <w:rPr>
          <w:rFonts w:ascii="Times New Roman" w:eastAsia="Times New Roman" w:hAnsi="Times New Roman"/>
          <w:color w:val="000000"/>
          <w:sz w:val="24"/>
          <w:lang w:val="ru-RU"/>
        </w:rPr>
        <w:t>п</w:t>
      </w:r>
      <w:r w:rsidRPr="00EF5F35">
        <w:rPr>
          <w:rFonts w:ascii="Times New Roman" w:eastAsia="Times New Roman" w:hAnsi="Times New Roman"/>
          <w:color w:val="000000"/>
          <w:sz w:val="24"/>
          <w:lang w:val="ru-RU"/>
        </w:rPr>
        <w:t xml:space="preserve">одписанного усиленной квалифицированной </w:t>
      </w:r>
      <w:r w:rsidR="00E23918" w:rsidRPr="00F8386A">
        <w:rPr>
          <w:rFonts w:ascii="Times New Roman" w:eastAsia="Times New Roman" w:hAnsi="Times New Roman"/>
          <w:color w:val="000000"/>
          <w:sz w:val="24"/>
          <w:lang w:val="ru-RU"/>
        </w:rPr>
        <w:t>электронной подписью уполномоченного должностного лица Комитета.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r w:rsidR="003A1225">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A77280" w:rsidRPr="00F8386A" w:rsidRDefault="00EF5F35" w:rsidP="00EF5F35">
      <w:pPr>
        <w:autoSpaceDE w:val="0"/>
        <w:autoSpaceDN w:val="0"/>
        <w:spacing w:after="0" w:line="274" w:lineRule="exact"/>
        <w:ind w:firstLine="720"/>
        <w:jc w:val="both"/>
        <w:rPr>
          <w:lang w:val="ru-RU"/>
        </w:rPr>
      </w:pPr>
      <w:r>
        <w:rPr>
          <w:rFonts w:ascii="Times New Roman" w:eastAsia="Times New Roman" w:hAnsi="Times New Roman"/>
          <w:color w:val="000000"/>
          <w:sz w:val="24"/>
          <w:lang w:val="ru-RU"/>
        </w:rPr>
        <w:t xml:space="preserve">5.2.3. </w:t>
      </w:r>
      <w:r w:rsidR="00E23918" w:rsidRPr="00F8386A">
        <w:rPr>
          <w:rFonts w:ascii="Times New Roman" w:eastAsia="Times New Roman" w:hAnsi="Times New Roman"/>
          <w:color w:val="000000"/>
          <w:sz w:val="24"/>
          <w:lang w:val="ru-RU"/>
        </w:rPr>
        <w:t xml:space="preserve">Лично в Комитете на бумажном носителе. В случае </w:t>
      </w:r>
      <w:proofErr w:type="spellStart"/>
      <w:r w:rsidR="00E23918" w:rsidRPr="00F8386A">
        <w:rPr>
          <w:rFonts w:ascii="Times New Roman" w:eastAsia="Times New Roman" w:hAnsi="Times New Roman"/>
          <w:color w:val="000000"/>
          <w:sz w:val="24"/>
          <w:lang w:val="ru-RU"/>
        </w:rPr>
        <w:t>неистребования</w:t>
      </w:r>
      <w:proofErr w:type="spellEnd"/>
      <w:r w:rsidR="00E23918" w:rsidRPr="00F8386A">
        <w:rPr>
          <w:rFonts w:ascii="Times New Roman" w:eastAsia="Times New Roman" w:hAnsi="Times New Roman"/>
          <w:color w:val="000000"/>
          <w:sz w:val="24"/>
          <w:lang w:val="ru-RU"/>
        </w:rPr>
        <w:t xml:space="preserve"> заявителем результата предоставления Услуги в Комитете на бумажном носителе в 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 </w:t>
      </w:r>
    </w:p>
    <w:p w:rsidR="00A77280" w:rsidRPr="00F8386A" w:rsidRDefault="00E23918">
      <w:pPr>
        <w:autoSpaceDE w:val="0"/>
        <w:autoSpaceDN w:val="0"/>
        <w:spacing w:before="308" w:after="0" w:line="244" w:lineRule="exact"/>
        <w:ind w:right="3202"/>
        <w:jc w:val="right"/>
        <w:rPr>
          <w:lang w:val="ru-RU"/>
        </w:rPr>
      </w:pPr>
      <w:r w:rsidRPr="00F8386A">
        <w:rPr>
          <w:rFonts w:ascii="Times New Roman" w:eastAsia="Times New Roman" w:hAnsi="Times New Roman"/>
          <w:color w:val="000000"/>
          <w:sz w:val="24"/>
          <w:lang w:val="ru-RU"/>
        </w:rPr>
        <w:t xml:space="preserve">6. Срок предоставления Услуги </w:t>
      </w:r>
    </w:p>
    <w:p w:rsidR="00EF5F35" w:rsidRDefault="00EF5F35" w:rsidP="00EF5F35">
      <w:pPr>
        <w:autoSpaceDE w:val="0"/>
        <w:autoSpaceDN w:val="0"/>
        <w:spacing w:before="276" w:after="0" w:line="276" w:lineRule="exact"/>
        <w:ind w:firstLine="720"/>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6.1. </w:t>
      </w:r>
      <w:r w:rsidR="00E23918" w:rsidRPr="00F8386A">
        <w:rPr>
          <w:rFonts w:ascii="Times New Roman" w:eastAsia="Times New Roman" w:hAnsi="Times New Roman"/>
          <w:color w:val="000000"/>
          <w:sz w:val="24"/>
          <w:lang w:val="ru-RU"/>
        </w:rPr>
        <w:t xml:space="preserve">Максимальный срок предоставления Услуги составляет: </w:t>
      </w:r>
    </w:p>
    <w:p w:rsidR="00A77280" w:rsidRDefault="00EF5F35" w:rsidP="00EF5F35">
      <w:pPr>
        <w:autoSpaceDE w:val="0"/>
        <w:autoSpaceDN w:val="0"/>
        <w:spacing w:after="0" w:line="276" w:lineRule="exact"/>
        <w:ind w:firstLine="720"/>
        <w:jc w:val="both"/>
        <w:rPr>
          <w:rFonts w:ascii="Times New Roman" w:eastAsia="Times New Roman" w:hAnsi="Times New Roman"/>
          <w:color w:val="000000"/>
          <w:sz w:val="24"/>
          <w:lang w:val="ru-RU"/>
        </w:rPr>
      </w:pPr>
      <w:r w:rsidRPr="00EF5F35">
        <w:rPr>
          <w:rFonts w:ascii="Times New Roman" w:hAnsi="Times New Roman" w:cs="Times New Roman"/>
          <w:sz w:val="24"/>
          <w:szCs w:val="24"/>
          <w:lang w:val="ru-RU"/>
        </w:rPr>
        <w:t xml:space="preserve">6.1.1. </w:t>
      </w:r>
      <w:r w:rsidR="00E23918" w:rsidRPr="00EF5F35">
        <w:rPr>
          <w:rFonts w:ascii="Times New Roman" w:eastAsia="Times New Roman" w:hAnsi="Times New Roman" w:cs="Times New Roman"/>
          <w:color w:val="000000"/>
          <w:sz w:val="24"/>
          <w:szCs w:val="24"/>
          <w:lang w:val="ru-RU"/>
        </w:rPr>
        <w:t>В случае, если целью обращения заявителя является признание садового дома жилым домом максимальный срок предоставления Услуги составляет 13 (тринадцать)</w:t>
      </w:r>
      <w:r w:rsidR="00E23918" w:rsidRPr="00F8386A">
        <w:rPr>
          <w:rFonts w:ascii="Times New Roman" w:eastAsia="Times New Roman" w:hAnsi="Times New Roman"/>
          <w:color w:val="000000"/>
          <w:sz w:val="24"/>
          <w:lang w:val="ru-RU"/>
        </w:rPr>
        <w:t xml:space="preserve"> рабочих дней со дня регистрации запроса вне зависимости от категории (признаков) заявителя и способа подачи запроса. </w:t>
      </w:r>
    </w:p>
    <w:p w:rsidR="00A77280" w:rsidRPr="00F8386A" w:rsidRDefault="00EF5F35" w:rsidP="00EF5F35">
      <w:pPr>
        <w:autoSpaceDE w:val="0"/>
        <w:autoSpaceDN w:val="0"/>
        <w:spacing w:after="0" w:line="276" w:lineRule="exact"/>
        <w:ind w:firstLine="720"/>
        <w:jc w:val="both"/>
        <w:rPr>
          <w:lang w:val="ru-RU"/>
        </w:rPr>
      </w:pPr>
      <w:r>
        <w:rPr>
          <w:rFonts w:ascii="Times New Roman" w:eastAsia="Times New Roman" w:hAnsi="Times New Roman"/>
          <w:color w:val="000000"/>
          <w:sz w:val="24"/>
          <w:lang w:val="ru-RU"/>
        </w:rPr>
        <w:t xml:space="preserve">6.1.2. </w:t>
      </w:r>
      <w:r w:rsidR="00E23918" w:rsidRPr="00F8386A">
        <w:rPr>
          <w:rFonts w:ascii="Times New Roman" w:eastAsia="Times New Roman" w:hAnsi="Times New Roman"/>
          <w:color w:val="000000"/>
          <w:sz w:val="24"/>
          <w:lang w:val="ru-RU"/>
        </w:rPr>
        <w:t xml:space="preserve">В случае, если целью обращения заявителя является признание жилого дома садовым домом максимальный срок предоставления Услуги составляет 13 (тринадцать) рабочих дней со дня регистрации запроса вне зависимости от категории (признаков) заявителя и способа подачи запроса. </w:t>
      </w:r>
    </w:p>
    <w:p w:rsidR="00EF5F35" w:rsidRDefault="00E23918" w:rsidP="00EF5F35">
      <w:pPr>
        <w:autoSpaceDE w:val="0"/>
        <w:autoSpaceDN w:val="0"/>
        <w:spacing w:before="308" w:after="0" w:line="244" w:lineRule="exact"/>
        <w:ind w:left="324"/>
        <w:jc w:val="center"/>
        <w:rPr>
          <w:rFonts w:ascii="Times New Roman" w:eastAsia="Times New Roman" w:hAnsi="Times New Roman"/>
          <w:color w:val="000000"/>
          <w:sz w:val="24"/>
          <w:lang w:val="ru-RU"/>
        </w:rPr>
      </w:pPr>
      <w:r w:rsidRPr="00F8386A">
        <w:rPr>
          <w:rFonts w:ascii="Times New Roman" w:eastAsia="Times New Roman" w:hAnsi="Times New Roman"/>
          <w:color w:val="000000"/>
          <w:sz w:val="24"/>
          <w:lang w:val="ru-RU"/>
        </w:rPr>
        <w:t>7. Размер платы, взимаемой с заявителя</w:t>
      </w:r>
    </w:p>
    <w:p w:rsidR="00A77280" w:rsidRPr="00F8386A" w:rsidRDefault="00E23918" w:rsidP="00EF5F35">
      <w:pPr>
        <w:autoSpaceDE w:val="0"/>
        <w:autoSpaceDN w:val="0"/>
        <w:spacing w:after="0" w:line="244" w:lineRule="exact"/>
        <w:ind w:left="324"/>
        <w:jc w:val="center"/>
        <w:rPr>
          <w:lang w:val="ru-RU"/>
        </w:rPr>
      </w:pPr>
      <w:r w:rsidRPr="00F8386A">
        <w:rPr>
          <w:rFonts w:ascii="Times New Roman" w:eastAsia="Times New Roman" w:hAnsi="Times New Roman"/>
          <w:color w:val="000000"/>
          <w:sz w:val="24"/>
          <w:lang w:val="ru-RU"/>
        </w:rPr>
        <w:t>при предоставлении Услуги, и способы ее взимания</w:t>
      </w:r>
    </w:p>
    <w:p w:rsidR="00A77280" w:rsidRPr="00F8386A" w:rsidRDefault="00E23918">
      <w:pPr>
        <w:autoSpaceDE w:val="0"/>
        <w:autoSpaceDN w:val="0"/>
        <w:spacing w:before="308" w:after="0" w:line="244" w:lineRule="exact"/>
        <w:ind w:left="828"/>
        <w:rPr>
          <w:lang w:val="ru-RU"/>
        </w:rPr>
      </w:pPr>
      <w:r w:rsidRPr="00F8386A">
        <w:rPr>
          <w:rFonts w:ascii="Times New Roman" w:eastAsia="Times New Roman" w:hAnsi="Times New Roman"/>
          <w:color w:val="000000"/>
          <w:sz w:val="24"/>
          <w:lang w:val="ru-RU"/>
        </w:rPr>
        <w:t xml:space="preserve">7.1. Услуга предоставляется бесплатно. </w:t>
      </w:r>
    </w:p>
    <w:p w:rsidR="00EF5F35" w:rsidRDefault="00E23918">
      <w:pPr>
        <w:autoSpaceDE w:val="0"/>
        <w:autoSpaceDN w:val="0"/>
        <w:spacing w:before="268" w:after="0" w:line="280" w:lineRule="exact"/>
        <w:ind w:left="288"/>
        <w:jc w:val="center"/>
        <w:rPr>
          <w:rFonts w:ascii="Times New Roman" w:eastAsia="Times New Roman" w:hAnsi="Times New Roman"/>
          <w:color w:val="000000"/>
          <w:sz w:val="24"/>
          <w:lang w:val="ru-RU"/>
        </w:rPr>
      </w:pPr>
      <w:r w:rsidRPr="00F8386A">
        <w:rPr>
          <w:rFonts w:ascii="Times New Roman" w:eastAsia="Times New Roman" w:hAnsi="Times New Roman"/>
          <w:color w:val="000000"/>
          <w:sz w:val="24"/>
          <w:lang w:val="ru-RU"/>
        </w:rPr>
        <w:t>8. Максимальный срок ожидания в очереди при подаче заявителем</w:t>
      </w:r>
    </w:p>
    <w:p w:rsidR="00A77280" w:rsidRPr="00F8386A" w:rsidRDefault="00E23918" w:rsidP="00EF5F35">
      <w:pPr>
        <w:autoSpaceDE w:val="0"/>
        <w:autoSpaceDN w:val="0"/>
        <w:spacing w:after="0" w:line="280" w:lineRule="exact"/>
        <w:ind w:left="288"/>
        <w:jc w:val="center"/>
        <w:rPr>
          <w:lang w:val="ru-RU"/>
        </w:rPr>
      </w:pPr>
      <w:r w:rsidRPr="00F8386A">
        <w:rPr>
          <w:rFonts w:ascii="Times New Roman" w:eastAsia="Times New Roman" w:hAnsi="Times New Roman"/>
          <w:color w:val="000000"/>
          <w:sz w:val="24"/>
          <w:lang w:val="ru-RU"/>
        </w:rPr>
        <w:t xml:space="preserve"> запроса и при получении результата предоставления Услуги </w:t>
      </w:r>
    </w:p>
    <w:p w:rsidR="00A77280" w:rsidRPr="00F8386A" w:rsidRDefault="00EF5F35" w:rsidP="00155D00">
      <w:pPr>
        <w:autoSpaceDE w:val="0"/>
        <w:autoSpaceDN w:val="0"/>
        <w:spacing w:before="370" w:after="0" w:line="276" w:lineRule="exact"/>
        <w:ind w:right="-1" w:firstLine="262"/>
        <w:jc w:val="both"/>
        <w:rPr>
          <w:lang w:val="ru-RU"/>
        </w:rPr>
      </w:pPr>
      <w:r>
        <w:rPr>
          <w:rFonts w:ascii="Times New Roman" w:eastAsia="Times New Roman" w:hAnsi="Times New Roman"/>
          <w:color w:val="000000"/>
          <w:sz w:val="24"/>
          <w:lang w:val="ru-RU"/>
        </w:rPr>
        <w:t xml:space="preserve">       8.1. </w:t>
      </w:r>
      <w:r w:rsidR="00E23918" w:rsidRPr="00F8386A">
        <w:rPr>
          <w:rFonts w:ascii="Times New Roman" w:eastAsia="Times New Roman" w:hAnsi="Times New Roman"/>
          <w:color w:val="000000"/>
          <w:sz w:val="24"/>
          <w:lang w:val="ru-RU"/>
        </w:rPr>
        <w:t xml:space="preserve">Максимальный срок ожидания в очереди при подаче заявителем запроса и при получении результата предоставления Услуги не должен превышать 11 (одиннадцать) минут. </w:t>
      </w:r>
    </w:p>
    <w:p w:rsidR="00A77280" w:rsidRPr="00F8386A" w:rsidRDefault="00E23918">
      <w:pPr>
        <w:autoSpaceDE w:val="0"/>
        <w:autoSpaceDN w:val="0"/>
        <w:spacing w:before="308" w:after="0" w:line="244" w:lineRule="exact"/>
        <w:ind w:right="3368"/>
        <w:jc w:val="right"/>
        <w:rPr>
          <w:lang w:val="ru-RU"/>
        </w:rPr>
      </w:pPr>
      <w:r w:rsidRPr="00F8386A">
        <w:rPr>
          <w:rFonts w:ascii="Times New Roman" w:eastAsia="Times New Roman" w:hAnsi="Times New Roman"/>
          <w:color w:val="000000"/>
          <w:sz w:val="24"/>
          <w:lang w:val="ru-RU"/>
        </w:rPr>
        <w:t>9.</w:t>
      </w:r>
      <w:r w:rsidR="00155D00">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 xml:space="preserve">Срок регистрации запроса </w:t>
      </w:r>
    </w:p>
    <w:p w:rsidR="00A77280" w:rsidRPr="00F8386A" w:rsidRDefault="00E23918" w:rsidP="001D0A52">
      <w:pPr>
        <w:autoSpaceDE w:val="0"/>
        <w:autoSpaceDN w:val="0"/>
        <w:spacing w:before="276" w:after="0" w:line="240" w:lineRule="auto"/>
        <w:ind w:firstLine="709"/>
        <w:jc w:val="both"/>
        <w:rPr>
          <w:lang w:val="ru-RU"/>
        </w:rPr>
      </w:pPr>
      <w:r w:rsidRPr="00F8386A">
        <w:rPr>
          <w:rFonts w:ascii="Times New Roman" w:eastAsia="Times New Roman" w:hAnsi="Times New Roman"/>
          <w:color w:val="000000"/>
          <w:sz w:val="24"/>
          <w:lang w:val="ru-RU"/>
        </w:rPr>
        <w:t xml:space="preserve">9.1. Срок регистрации запроса в Комитете в случае, если он подан: </w:t>
      </w:r>
      <w:r w:rsidRPr="00F8386A">
        <w:rPr>
          <w:lang w:val="ru-RU"/>
        </w:rPr>
        <w:br/>
      </w:r>
      <w:r w:rsidR="00155D00">
        <w:rPr>
          <w:rFonts w:ascii="Times New Roman" w:eastAsia="Times New Roman" w:hAnsi="Times New Roman"/>
          <w:color w:val="000000"/>
          <w:sz w:val="24"/>
          <w:lang w:val="ru-RU"/>
        </w:rPr>
        <w:t xml:space="preserve">            9.1.1. </w:t>
      </w:r>
      <w:r w:rsidRPr="00F8386A">
        <w:rPr>
          <w:rFonts w:ascii="Times New Roman" w:eastAsia="Times New Roman" w:hAnsi="Times New Roman"/>
          <w:color w:val="000000"/>
          <w:sz w:val="24"/>
          <w:lang w:val="ru-RU"/>
        </w:rPr>
        <w:t>В электронной форме посредством РПГУ до 16:00 часов рабочего дня ⁠–⁠ в день его подачи, после 16:00 часов рабочего дня либо в нерабочий день ⁠–⁠ на следующий рабочий день. 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r w:rsidR="003A1225">
        <w:rPr>
          <w:rFonts w:ascii="Times New Roman" w:eastAsia="Times New Roman" w:hAnsi="Times New Roman"/>
          <w:color w:val="000000"/>
          <w:sz w:val="24"/>
          <w:lang w:val="ru-RU"/>
        </w:rPr>
        <w:t>.</w:t>
      </w:r>
      <w:r w:rsidRPr="00F8386A">
        <w:rPr>
          <w:lang w:val="ru-RU"/>
        </w:rPr>
        <w:br/>
      </w:r>
      <w:r w:rsidR="00155D00">
        <w:rPr>
          <w:rFonts w:ascii="Times New Roman" w:eastAsia="Times New Roman" w:hAnsi="Times New Roman"/>
          <w:color w:val="000000"/>
          <w:sz w:val="24"/>
          <w:lang w:val="ru-RU"/>
        </w:rPr>
        <w:t xml:space="preserve">           9.1.2. </w:t>
      </w:r>
      <w:r w:rsidRPr="00F8386A">
        <w:rPr>
          <w:rFonts w:ascii="Times New Roman" w:eastAsia="Times New Roman" w:hAnsi="Times New Roman"/>
          <w:color w:val="000000"/>
          <w:sz w:val="24"/>
          <w:lang w:val="ru-RU"/>
        </w:rPr>
        <w:t xml:space="preserve">Лично в Комитет ⁠–⁠ в день обращения. При подаче запроса в Комитет лично, должностное лицо, муниципальный служащий, работник Комитета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w:t>
      </w:r>
    </w:p>
    <w:p w:rsidR="00A77280" w:rsidRPr="00F8386A" w:rsidRDefault="00E23918" w:rsidP="00155D00">
      <w:pPr>
        <w:autoSpaceDE w:val="0"/>
        <w:autoSpaceDN w:val="0"/>
        <w:spacing w:before="310" w:after="0" w:line="242" w:lineRule="exact"/>
        <w:ind w:left="1634"/>
        <w:jc w:val="both"/>
        <w:rPr>
          <w:lang w:val="ru-RU"/>
        </w:rPr>
      </w:pPr>
      <w:r w:rsidRPr="00F8386A">
        <w:rPr>
          <w:rFonts w:ascii="Times New Roman" w:eastAsia="Times New Roman" w:hAnsi="Times New Roman"/>
          <w:color w:val="000000"/>
          <w:sz w:val="24"/>
          <w:lang w:val="ru-RU"/>
        </w:rPr>
        <w:t xml:space="preserve">10. Требования к помещениям, в которых предоставляются Услуги </w:t>
      </w:r>
    </w:p>
    <w:p w:rsidR="00A77280" w:rsidRPr="00F8386A" w:rsidRDefault="00E23918">
      <w:pPr>
        <w:tabs>
          <w:tab w:val="left" w:pos="828"/>
          <w:tab w:val="left" w:pos="4690"/>
        </w:tabs>
        <w:autoSpaceDE w:val="0"/>
        <w:autoSpaceDN w:val="0"/>
        <w:spacing w:before="272" w:after="0" w:line="278" w:lineRule="exact"/>
        <w:ind w:left="262"/>
        <w:rPr>
          <w:lang w:val="ru-RU"/>
        </w:rPr>
      </w:pPr>
      <w:r w:rsidRPr="00F8386A">
        <w:rPr>
          <w:lang w:val="ru-RU"/>
        </w:rPr>
        <w:lastRenderedPageBreak/>
        <w:tab/>
      </w:r>
      <w:r w:rsidRPr="00F8386A">
        <w:rPr>
          <w:rFonts w:ascii="Times New Roman" w:eastAsia="Times New Roman" w:hAnsi="Times New Roman"/>
          <w:color w:val="000000"/>
          <w:sz w:val="24"/>
          <w:lang w:val="ru-RU"/>
        </w:rPr>
        <w:t>10.1. Требования к помещениям, в которых предоставляются Услуги, размещаются на официальном сайте Администрации</w:t>
      </w:r>
      <w:r w:rsidRPr="00F8386A">
        <w:rPr>
          <w:rFonts w:ascii="Times New Roman" w:eastAsia="Times New Roman" w:hAnsi="Times New Roman"/>
          <w:b/>
          <w:color w:val="000000"/>
          <w:sz w:val="24"/>
          <w:lang w:val="ru-RU"/>
        </w:rPr>
        <w:t>,</w:t>
      </w:r>
      <w:r w:rsidRPr="00F8386A">
        <w:rPr>
          <w:rFonts w:ascii="Times New Roman" w:eastAsia="Times New Roman" w:hAnsi="Times New Roman"/>
          <w:color w:val="000000"/>
          <w:sz w:val="24"/>
          <w:lang w:val="ru-RU"/>
        </w:rPr>
        <w:t xml:space="preserve"> РПГУ. </w:t>
      </w:r>
    </w:p>
    <w:p w:rsidR="00A77280" w:rsidRPr="00F8386A" w:rsidRDefault="00E23918">
      <w:pPr>
        <w:autoSpaceDE w:val="0"/>
        <w:autoSpaceDN w:val="0"/>
        <w:spacing w:before="310" w:after="0" w:line="242" w:lineRule="exact"/>
        <w:ind w:right="2424"/>
        <w:jc w:val="right"/>
        <w:rPr>
          <w:lang w:val="ru-RU"/>
        </w:rPr>
      </w:pPr>
      <w:r w:rsidRPr="00F8386A">
        <w:rPr>
          <w:rFonts w:ascii="Times New Roman" w:eastAsia="Times New Roman" w:hAnsi="Times New Roman"/>
          <w:color w:val="000000"/>
          <w:sz w:val="24"/>
          <w:lang w:val="ru-RU"/>
        </w:rPr>
        <w:t xml:space="preserve">11. Показатели качества и доступности Услуги </w:t>
      </w:r>
    </w:p>
    <w:p w:rsidR="00155D00" w:rsidRDefault="00155D00">
      <w:pPr>
        <w:tabs>
          <w:tab w:val="left" w:pos="828"/>
          <w:tab w:val="left" w:pos="3738"/>
        </w:tabs>
        <w:autoSpaceDE w:val="0"/>
        <w:autoSpaceDN w:val="0"/>
        <w:spacing w:after="0" w:line="260" w:lineRule="exact"/>
        <w:ind w:left="262"/>
        <w:rPr>
          <w:lang w:val="ru-RU"/>
        </w:rPr>
      </w:pPr>
    </w:p>
    <w:p w:rsidR="00A77280" w:rsidRPr="00F8386A" w:rsidRDefault="00E23918">
      <w:pPr>
        <w:tabs>
          <w:tab w:val="left" w:pos="828"/>
          <w:tab w:val="left" w:pos="3738"/>
        </w:tabs>
        <w:autoSpaceDE w:val="0"/>
        <w:autoSpaceDN w:val="0"/>
        <w:spacing w:after="0" w:line="260" w:lineRule="exact"/>
        <w:ind w:left="262"/>
        <w:rPr>
          <w:lang w:val="ru-RU"/>
        </w:rPr>
      </w:pPr>
      <w:r w:rsidRPr="00F8386A">
        <w:rPr>
          <w:lang w:val="ru-RU"/>
        </w:rPr>
        <w:tab/>
      </w:r>
      <w:r w:rsidRPr="00F8386A">
        <w:rPr>
          <w:rFonts w:ascii="Times New Roman" w:eastAsia="Times New Roman" w:hAnsi="Times New Roman"/>
          <w:color w:val="000000"/>
          <w:sz w:val="24"/>
          <w:lang w:val="ru-RU"/>
        </w:rPr>
        <w:t xml:space="preserve">11.1. Показатели качества и доступности Услуги размещаются на официальном сайте Администрации, а также на РПГУ. </w:t>
      </w:r>
    </w:p>
    <w:p w:rsidR="00A77280" w:rsidRPr="00F8386A" w:rsidRDefault="00E23918">
      <w:pPr>
        <w:autoSpaceDE w:val="0"/>
        <w:autoSpaceDN w:val="0"/>
        <w:spacing w:before="268" w:after="0" w:line="280" w:lineRule="exact"/>
        <w:ind w:left="288"/>
        <w:jc w:val="center"/>
        <w:rPr>
          <w:lang w:val="ru-RU"/>
        </w:rPr>
      </w:pPr>
      <w:r w:rsidRPr="00F8386A">
        <w:rPr>
          <w:rFonts w:ascii="Times New Roman" w:eastAsia="Times New Roman" w:hAnsi="Times New Roman"/>
          <w:color w:val="000000"/>
          <w:sz w:val="24"/>
          <w:lang w:val="ru-RU"/>
        </w:rPr>
        <w:t xml:space="preserve">12. Требования к предоставлению Услуги, в том числе </w:t>
      </w:r>
      <w:r w:rsidR="00155D00">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учитывающие особенности предоставления Услуги в МФЦ и особенности </w:t>
      </w:r>
      <w:r w:rsidR="00155D00">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предоставления Услуги в электронной форме </w:t>
      </w:r>
    </w:p>
    <w:p w:rsidR="00A77280" w:rsidRPr="00F8386A" w:rsidRDefault="00E23918">
      <w:pPr>
        <w:tabs>
          <w:tab w:val="left" w:pos="828"/>
        </w:tabs>
        <w:autoSpaceDE w:val="0"/>
        <w:autoSpaceDN w:val="0"/>
        <w:spacing w:before="364" w:after="0" w:line="280" w:lineRule="exact"/>
        <w:ind w:left="262"/>
        <w:rPr>
          <w:lang w:val="ru-RU"/>
        </w:rPr>
      </w:pPr>
      <w:r w:rsidRPr="00F8386A">
        <w:rPr>
          <w:lang w:val="ru-RU"/>
        </w:rPr>
        <w:tab/>
      </w:r>
      <w:r w:rsidRPr="00F8386A">
        <w:rPr>
          <w:rFonts w:ascii="Times New Roman" w:eastAsia="Times New Roman" w:hAnsi="Times New Roman"/>
          <w:color w:val="000000"/>
          <w:sz w:val="24"/>
          <w:lang w:val="ru-RU"/>
        </w:rPr>
        <w:t xml:space="preserve">12.1. Услуги, которые являются необходимыми и обязательными для предоставления Услуги, отсутствуют. </w:t>
      </w:r>
    </w:p>
    <w:p w:rsidR="00155D00" w:rsidRDefault="00155D00" w:rsidP="00155D00">
      <w:pPr>
        <w:tabs>
          <w:tab w:val="left" w:pos="828"/>
          <w:tab w:val="left" w:pos="3854"/>
        </w:tabs>
        <w:autoSpaceDE w:val="0"/>
        <w:autoSpaceDN w:val="0"/>
        <w:spacing w:after="0" w:line="276" w:lineRule="exact"/>
        <w:ind w:left="262" w:right="282"/>
        <w:rPr>
          <w:rFonts w:ascii="Times New Roman" w:eastAsia="Times New Roman" w:hAnsi="Times New Roman"/>
          <w:color w:val="000000"/>
          <w:sz w:val="24"/>
          <w:lang w:val="ru-RU"/>
        </w:rPr>
      </w:pPr>
      <w:r>
        <w:rPr>
          <w:rFonts w:ascii="Times New Roman" w:eastAsia="Times New Roman" w:hAnsi="Times New Roman"/>
          <w:color w:val="000000"/>
          <w:sz w:val="24"/>
          <w:lang w:val="ru-RU"/>
        </w:rPr>
        <w:tab/>
      </w:r>
      <w:r w:rsidR="00E23918" w:rsidRPr="00F8386A">
        <w:rPr>
          <w:rFonts w:ascii="Times New Roman" w:eastAsia="Times New Roman" w:hAnsi="Times New Roman"/>
          <w:color w:val="000000"/>
          <w:sz w:val="24"/>
          <w:lang w:val="ru-RU"/>
        </w:rPr>
        <w:t xml:space="preserve">12.2. Информационные системы, используемые для предоставления </w:t>
      </w:r>
      <w:r>
        <w:rPr>
          <w:rFonts w:ascii="Times New Roman" w:eastAsia="Times New Roman" w:hAnsi="Times New Roman"/>
          <w:color w:val="000000"/>
          <w:sz w:val="24"/>
          <w:lang w:val="ru-RU"/>
        </w:rPr>
        <w:t>У</w:t>
      </w:r>
      <w:r w:rsidR="00E23918" w:rsidRPr="00F8386A">
        <w:rPr>
          <w:rFonts w:ascii="Times New Roman" w:eastAsia="Times New Roman" w:hAnsi="Times New Roman"/>
          <w:color w:val="000000"/>
          <w:sz w:val="24"/>
          <w:lang w:val="ru-RU"/>
        </w:rPr>
        <w:t>слуги:</w:t>
      </w:r>
    </w:p>
    <w:p w:rsidR="00A77280" w:rsidRPr="00F8386A" w:rsidRDefault="00E23918" w:rsidP="00155D00">
      <w:pPr>
        <w:tabs>
          <w:tab w:val="left" w:pos="828"/>
          <w:tab w:val="left" w:pos="3854"/>
          <w:tab w:val="left" w:pos="8486"/>
        </w:tabs>
        <w:autoSpaceDE w:val="0"/>
        <w:autoSpaceDN w:val="0"/>
        <w:spacing w:after="0" w:line="276" w:lineRule="exact"/>
        <w:ind w:left="262" w:right="1152"/>
        <w:rPr>
          <w:lang w:val="ru-RU"/>
        </w:rPr>
      </w:pPr>
      <w:r w:rsidRPr="00F8386A">
        <w:rPr>
          <w:rFonts w:ascii="Times New Roman" w:eastAsia="Times New Roman" w:hAnsi="Times New Roman"/>
          <w:color w:val="000000"/>
          <w:sz w:val="24"/>
          <w:lang w:val="ru-RU"/>
        </w:rPr>
        <w:t xml:space="preserve"> </w:t>
      </w:r>
      <w:r w:rsidRPr="00F8386A">
        <w:rPr>
          <w:lang w:val="ru-RU"/>
        </w:rPr>
        <w:tab/>
      </w:r>
      <w:r w:rsidRPr="00F8386A">
        <w:rPr>
          <w:rFonts w:ascii="Times New Roman" w:eastAsia="Times New Roman" w:hAnsi="Times New Roman"/>
          <w:color w:val="000000"/>
          <w:sz w:val="24"/>
          <w:lang w:val="ru-RU"/>
        </w:rPr>
        <w:t>12.2.1. ВИС</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r w:rsidRPr="00F8386A">
        <w:rPr>
          <w:lang w:val="ru-RU"/>
        </w:rPr>
        <w:br/>
      </w:r>
      <w:r w:rsidRPr="00F8386A">
        <w:rPr>
          <w:lang w:val="ru-RU"/>
        </w:rPr>
        <w:tab/>
      </w:r>
      <w:r w:rsidRPr="00F8386A">
        <w:rPr>
          <w:rFonts w:ascii="Times New Roman" w:eastAsia="Times New Roman" w:hAnsi="Times New Roman"/>
          <w:color w:val="000000"/>
          <w:sz w:val="24"/>
          <w:lang w:val="ru-RU"/>
        </w:rPr>
        <w:t>12.2.2. ГИСОГД</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r w:rsidRPr="00F8386A">
        <w:rPr>
          <w:lang w:val="ru-RU"/>
        </w:rPr>
        <w:br/>
      </w:r>
      <w:r w:rsidRPr="00F8386A">
        <w:rPr>
          <w:rFonts w:ascii="Times New Roman" w:eastAsia="Times New Roman" w:hAnsi="Times New Roman"/>
          <w:color w:val="000000"/>
          <w:sz w:val="24"/>
          <w:lang w:val="ru-RU"/>
        </w:rPr>
        <w:t xml:space="preserve"> </w:t>
      </w:r>
      <w:r w:rsidR="00155D00">
        <w:rPr>
          <w:rFonts w:ascii="Times New Roman" w:eastAsia="Times New Roman" w:hAnsi="Times New Roman"/>
          <w:color w:val="000000"/>
          <w:sz w:val="24"/>
          <w:lang w:val="ru-RU"/>
        </w:rPr>
        <w:tab/>
        <w:t xml:space="preserve">12.2.3. </w:t>
      </w:r>
      <w:r w:rsidRPr="00F8386A">
        <w:rPr>
          <w:rFonts w:ascii="Times New Roman" w:eastAsia="Times New Roman" w:hAnsi="Times New Roman"/>
          <w:color w:val="000000"/>
          <w:sz w:val="24"/>
          <w:lang w:val="ru-RU"/>
        </w:rPr>
        <w:t>РПГУ</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r w:rsidRPr="00F8386A">
        <w:rPr>
          <w:lang w:val="ru-RU"/>
        </w:rPr>
        <w:br/>
      </w:r>
      <w:r w:rsidRPr="00F8386A">
        <w:rPr>
          <w:lang w:val="ru-RU"/>
        </w:rPr>
        <w:tab/>
      </w:r>
      <w:r w:rsidRPr="00F8386A">
        <w:rPr>
          <w:rFonts w:ascii="Times New Roman" w:eastAsia="Times New Roman" w:hAnsi="Times New Roman"/>
          <w:color w:val="000000"/>
          <w:sz w:val="24"/>
          <w:lang w:val="ru-RU"/>
        </w:rPr>
        <w:t xml:space="preserve">12.2.4. Модуль МФЦ ЕИС ОУ. </w:t>
      </w:r>
    </w:p>
    <w:p w:rsidR="00A77280" w:rsidRPr="00F8386A" w:rsidRDefault="00E23918">
      <w:pPr>
        <w:autoSpaceDE w:val="0"/>
        <w:autoSpaceDN w:val="0"/>
        <w:spacing w:before="32" w:after="0" w:line="244" w:lineRule="exact"/>
        <w:ind w:left="828"/>
        <w:rPr>
          <w:lang w:val="ru-RU"/>
        </w:rPr>
      </w:pPr>
      <w:r w:rsidRPr="00F8386A">
        <w:rPr>
          <w:rFonts w:ascii="Times New Roman" w:eastAsia="Times New Roman" w:hAnsi="Times New Roman"/>
          <w:color w:val="000000"/>
          <w:sz w:val="24"/>
          <w:lang w:val="ru-RU"/>
        </w:rPr>
        <w:t xml:space="preserve">12.3. Особенности предоставления Услуги в МФЦ. </w:t>
      </w:r>
    </w:p>
    <w:p w:rsidR="00A77280" w:rsidRPr="00F8386A" w:rsidRDefault="00E23918">
      <w:pPr>
        <w:autoSpaceDE w:val="0"/>
        <w:autoSpaceDN w:val="0"/>
        <w:spacing w:after="0" w:line="276" w:lineRule="exact"/>
        <w:ind w:left="262" w:right="26" w:firstLine="566"/>
        <w:jc w:val="both"/>
        <w:rPr>
          <w:lang w:val="ru-RU"/>
        </w:rPr>
      </w:pPr>
      <w:r w:rsidRPr="00F8386A">
        <w:rPr>
          <w:rFonts w:ascii="Times New Roman" w:eastAsia="Times New Roman" w:hAnsi="Times New Roman"/>
          <w:color w:val="000000"/>
          <w:sz w:val="24"/>
          <w:lang w:val="ru-RU"/>
        </w:rPr>
        <w:t xml:space="preserve">12.3.1.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p>
    <w:p w:rsidR="00A77280" w:rsidRPr="00F8386A" w:rsidRDefault="00E23918">
      <w:pPr>
        <w:autoSpaceDE w:val="0"/>
        <w:autoSpaceDN w:val="0"/>
        <w:spacing w:after="0" w:line="276" w:lineRule="exact"/>
        <w:ind w:left="262" w:right="20" w:firstLine="566"/>
        <w:jc w:val="both"/>
        <w:rPr>
          <w:lang w:val="ru-RU"/>
        </w:rPr>
      </w:pPr>
      <w:r w:rsidRPr="00F8386A">
        <w:rPr>
          <w:rFonts w:ascii="Times New Roman" w:eastAsia="Times New Roman" w:hAnsi="Times New Roman"/>
          <w:color w:val="000000"/>
          <w:sz w:val="24"/>
          <w:lang w:val="ru-RU"/>
        </w:rPr>
        <w:t xml:space="preserve">12.3.2.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 с соглашением о взаимодействии, которое заключается между Администрацией и Государственным казенным учреждением Московской области «Центр компетенций госуправления» в порядке, установленном законодательством Российской Федерации. </w:t>
      </w:r>
    </w:p>
    <w:p w:rsidR="00A77280" w:rsidRPr="00F8386A" w:rsidRDefault="00E23918" w:rsidP="001D0A52">
      <w:pPr>
        <w:autoSpaceDE w:val="0"/>
        <w:autoSpaceDN w:val="0"/>
        <w:spacing w:after="0" w:line="276" w:lineRule="exact"/>
        <w:ind w:left="262" w:right="24" w:firstLine="566"/>
        <w:jc w:val="both"/>
        <w:rPr>
          <w:lang w:val="ru-RU"/>
        </w:rPr>
      </w:pPr>
      <w:r w:rsidRPr="00F8386A">
        <w:rPr>
          <w:rFonts w:ascii="Times New Roman" w:eastAsia="Times New Roman" w:hAnsi="Times New Roman"/>
          <w:color w:val="000000"/>
          <w:sz w:val="24"/>
          <w:lang w:val="ru-RU"/>
        </w:rPr>
        <w:t xml:space="preserve">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 </w:t>
      </w:r>
    </w:p>
    <w:p w:rsidR="00A77280" w:rsidRPr="00F8386A" w:rsidRDefault="00E23918" w:rsidP="001D0A52">
      <w:pPr>
        <w:autoSpaceDE w:val="0"/>
        <w:autoSpaceDN w:val="0"/>
        <w:spacing w:before="28" w:after="0" w:line="244" w:lineRule="exact"/>
        <w:ind w:left="828"/>
        <w:jc w:val="both"/>
        <w:rPr>
          <w:lang w:val="ru-RU"/>
        </w:rPr>
      </w:pPr>
      <w:r w:rsidRPr="00F8386A">
        <w:rPr>
          <w:rFonts w:ascii="Times New Roman" w:eastAsia="Times New Roman" w:hAnsi="Times New Roman"/>
          <w:color w:val="000000"/>
          <w:sz w:val="24"/>
          <w:lang w:val="ru-RU"/>
        </w:rPr>
        <w:t xml:space="preserve">12.3.4. Перечень МФЦ Московской области размещен на РПГУ. </w:t>
      </w:r>
    </w:p>
    <w:p w:rsidR="00A77280" w:rsidRPr="00F8386A" w:rsidRDefault="00E23918" w:rsidP="001D0A52">
      <w:pPr>
        <w:tabs>
          <w:tab w:val="left" w:pos="828"/>
        </w:tabs>
        <w:autoSpaceDE w:val="0"/>
        <w:autoSpaceDN w:val="0"/>
        <w:spacing w:after="0" w:line="280" w:lineRule="exact"/>
        <w:ind w:left="262"/>
        <w:jc w:val="both"/>
        <w:rPr>
          <w:lang w:val="ru-RU"/>
        </w:rPr>
      </w:pPr>
      <w:r w:rsidRPr="00F8386A">
        <w:rPr>
          <w:lang w:val="ru-RU"/>
        </w:rPr>
        <w:tab/>
      </w:r>
      <w:r w:rsidRPr="00F8386A">
        <w:rPr>
          <w:rFonts w:ascii="Times New Roman" w:eastAsia="Times New Roman" w:hAnsi="Times New Roman"/>
          <w:color w:val="000000"/>
          <w:sz w:val="24"/>
          <w:lang w:val="ru-RU"/>
        </w:rPr>
        <w:t>12.3.5. В МФЦ исключается</w:t>
      </w:r>
      <w:r w:rsidR="001D0A52">
        <w:rPr>
          <w:rFonts w:ascii="Times New Roman" w:eastAsia="Times New Roman" w:hAnsi="Times New Roman"/>
          <w:color w:val="000000"/>
          <w:sz w:val="24"/>
          <w:lang w:val="ru-RU"/>
        </w:rPr>
        <w:t xml:space="preserve"> </w:t>
      </w:r>
      <w:r w:rsidRPr="00F8386A">
        <w:rPr>
          <w:rFonts w:ascii="Times New Roman" w:eastAsia="Times New Roman" w:hAnsi="Times New Roman"/>
          <w:color w:val="000000"/>
          <w:sz w:val="24"/>
          <w:lang w:val="ru-RU"/>
        </w:rPr>
        <w:t>взаимодействие заявителя с должностными лицами Администрации</w:t>
      </w:r>
      <w:r w:rsidRPr="00F8386A">
        <w:rPr>
          <w:rFonts w:ascii="Times New Roman,Bold" w:eastAsia="Times New Roman,Bold" w:hAnsi="Times New Roman,Bold"/>
          <w:b/>
          <w:color w:val="000000"/>
          <w:sz w:val="24"/>
          <w:lang w:val="ru-RU"/>
        </w:rPr>
        <w:t xml:space="preserve">. </w:t>
      </w:r>
    </w:p>
    <w:p w:rsidR="00A77280" w:rsidRPr="00F8386A" w:rsidRDefault="00E23918">
      <w:pPr>
        <w:autoSpaceDE w:val="0"/>
        <w:autoSpaceDN w:val="0"/>
        <w:spacing w:after="0" w:line="274" w:lineRule="exact"/>
        <w:ind w:left="262" w:right="28" w:firstLine="566"/>
        <w:jc w:val="both"/>
        <w:rPr>
          <w:lang w:val="ru-RU"/>
        </w:rPr>
      </w:pPr>
      <w:r w:rsidRPr="00F8386A">
        <w:rPr>
          <w:rFonts w:ascii="Times New Roman" w:eastAsia="Times New Roman" w:hAnsi="Times New Roman"/>
          <w:color w:val="000000"/>
          <w:sz w:val="24"/>
          <w:lang w:val="ru-RU"/>
        </w:rPr>
        <w:t xml:space="preserve">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 </w:t>
      </w:r>
    </w:p>
    <w:p w:rsidR="00A77280" w:rsidRPr="00F8386A" w:rsidRDefault="00E23918">
      <w:pPr>
        <w:tabs>
          <w:tab w:val="left" w:pos="828"/>
        </w:tabs>
        <w:autoSpaceDE w:val="0"/>
        <w:autoSpaceDN w:val="0"/>
        <w:spacing w:after="0" w:line="276" w:lineRule="exact"/>
        <w:ind w:left="262"/>
        <w:rPr>
          <w:lang w:val="ru-RU"/>
        </w:rPr>
      </w:pPr>
      <w:r w:rsidRPr="00F8386A">
        <w:rPr>
          <w:lang w:val="ru-RU"/>
        </w:rPr>
        <w:tab/>
      </w:r>
      <w:r w:rsidRPr="00F8386A">
        <w:rPr>
          <w:rFonts w:ascii="Times New Roman" w:eastAsia="Times New Roman" w:hAnsi="Times New Roman"/>
          <w:color w:val="000000"/>
          <w:sz w:val="24"/>
          <w:lang w:val="ru-RU"/>
        </w:rPr>
        <w:t xml:space="preserve">12.4. Особенности предоставления Услуги в электронной форме: </w:t>
      </w:r>
      <w:r w:rsidRPr="00F8386A">
        <w:rPr>
          <w:lang w:val="ru-RU"/>
        </w:rPr>
        <w:br/>
      </w:r>
      <w:r w:rsidRPr="00F8386A">
        <w:rPr>
          <w:lang w:val="ru-RU"/>
        </w:rPr>
        <w:tab/>
      </w:r>
      <w:r w:rsidRPr="00F8386A">
        <w:rPr>
          <w:rFonts w:ascii="Times New Roman" w:eastAsia="Times New Roman" w:hAnsi="Times New Roman"/>
          <w:color w:val="000000"/>
          <w:sz w:val="24"/>
          <w:lang w:val="ru-RU"/>
        </w:rPr>
        <w:t xml:space="preserve">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 </w:t>
      </w:r>
    </w:p>
    <w:p w:rsidR="00A77280" w:rsidRPr="00F8386A" w:rsidRDefault="00E23918" w:rsidP="001B44BC">
      <w:pPr>
        <w:autoSpaceDE w:val="0"/>
        <w:autoSpaceDN w:val="0"/>
        <w:spacing w:after="0" w:line="240" w:lineRule="auto"/>
        <w:ind w:right="24" w:firstLine="566"/>
        <w:jc w:val="both"/>
        <w:rPr>
          <w:lang w:val="ru-RU"/>
        </w:rPr>
      </w:pPr>
      <w:r w:rsidRPr="00F8386A">
        <w:rPr>
          <w:rFonts w:ascii="Times New Roman" w:eastAsia="Times New Roman" w:hAnsi="Times New Roman"/>
          <w:color w:val="000000"/>
          <w:sz w:val="24"/>
          <w:lang w:val="ru-RU"/>
        </w:rPr>
        <w:t xml:space="preserve">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w:t>
      </w:r>
      <w:r w:rsidRPr="00F8386A">
        <w:rPr>
          <w:rFonts w:ascii="Times New Roman" w:eastAsia="Times New Roman" w:hAnsi="Times New Roman"/>
          <w:color w:val="000000"/>
          <w:sz w:val="24"/>
          <w:lang w:val="ru-RU"/>
        </w:rPr>
        <w:lastRenderedPageBreak/>
        <w:t xml:space="preserve">на РПГУ, сервиса РПГУ «Узнать статус заявления», информирование и консультирование заявителей также осуществляется по бесплатному единому номеру телефона Электронной приёмной Московской области +7 (800) 550-50-30. </w:t>
      </w:r>
    </w:p>
    <w:p w:rsidR="00A77280" w:rsidRPr="00F8386A" w:rsidRDefault="001D0A52" w:rsidP="001B44BC">
      <w:pPr>
        <w:autoSpaceDE w:val="0"/>
        <w:autoSpaceDN w:val="0"/>
        <w:spacing w:before="34" w:after="18" w:line="240" w:lineRule="auto"/>
        <w:ind w:firstLine="436"/>
        <w:jc w:val="both"/>
        <w:rPr>
          <w:lang w:val="ru-RU"/>
        </w:rPr>
      </w:pP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12.4.3. Требования к форматам запросов и иных документов, представляемых в форме </w:t>
      </w:r>
      <w:r>
        <w:rPr>
          <w:rFonts w:ascii="Times New Roman" w:eastAsia="Times New Roman" w:hAnsi="Times New Roman"/>
          <w:color w:val="000000"/>
          <w:sz w:val="24"/>
          <w:lang w:val="ru-RU"/>
        </w:rPr>
        <w:t xml:space="preserve">электронных документов, необходимых для предоставления государственных и </w:t>
      </w:r>
      <w:r w:rsidR="00E23918" w:rsidRPr="00F8386A">
        <w:rPr>
          <w:rFonts w:ascii="Times New Roman" w:eastAsia="Times New Roman" w:hAnsi="Times New Roman"/>
          <w:color w:val="000000"/>
          <w:sz w:val="24"/>
          <w:lang w:val="ru-RU"/>
        </w:rPr>
        <w:t xml:space="preserve">муниципальных услуг на территории Московской области, утверждены постановлением Правительства Московской области от 31.10.2018 № 792/37 «Об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w:t>
      </w:r>
    </w:p>
    <w:p w:rsidR="001D0A52" w:rsidRDefault="00E23918" w:rsidP="001D0A52">
      <w:pPr>
        <w:autoSpaceDE w:val="0"/>
        <w:autoSpaceDN w:val="0"/>
        <w:spacing w:before="308" w:after="0" w:line="244" w:lineRule="exact"/>
        <w:ind w:left="696"/>
        <w:jc w:val="center"/>
        <w:rPr>
          <w:lang w:val="ru-RU"/>
        </w:rPr>
      </w:pPr>
      <w:r w:rsidRPr="00F8386A">
        <w:rPr>
          <w:rFonts w:ascii="Times New Roman" w:eastAsia="Times New Roman" w:hAnsi="Times New Roman"/>
          <w:color w:val="000000"/>
          <w:sz w:val="24"/>
          <w:lang w:val="ru-RU"/>
        </w:rPr>
        <w:t xml:space="preserve">13. Исчерпывающий перечень документов, </w:t>
      </w:r>
      <w:r w:rsidR="001D0A52">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необходимых для предоставления Услуги</w:t>
      </w:r>
    </w:p>
    <w:p w:rsidR="00A77280" w:rsidRPr="00F8386A" w:rsidRDefault="001D0A52" w:rsidP="001D0A52">
      <w:pPr>
        <w:autoSpaceDE w:val="0"/>
        <w:autoSpaceDN w:val="0"/>
        <w:spacing w:before="308" w:after="0" w:line="244" w:lineRule="exact"/>
        <w:ind w:firstLine="262"/>
        <w:jc w:val="both"/>
        <w:rPr>
          <w:lang w:val="ru-RU"/>
        </w:rPr>
      </w:pP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13.1. Исчерпывающий перечень документов, а также перечень способов подачи запроса и документов, необходимых для предоставления Услуги, приведены в Приложении 5 к Регламенту. </w:t>
      </w:r>
    </w:p>
    <w:p w:rsidR="00A77280" w:rsidRPr="00F8386A" w:rsidRDefault="001D0A52" w:rsidP="001B44BC">
      <w:pPr>
        <w:autoSpaceDE w:val="0"/>
        <w:autoSpaceDN w:val="0"/>
        <w:spacing w:after="0" w:line="240" w:lineRule="auto"/>
        <w:ind w:left="262" w:firstLine="314"/>
        <w:rPr>
          <w:lang w:val="ru-RU"/>
        </w:rPr>
      </w:pPr>
      <w:r>
        <w:rPr>
          <w:rFonts w:ascii="Times New Roman" w:eastAsia="Times New Roman" w:hAnsi="Times New Roman"/>
          <w:color w:val="000000"/>
          <w:sz w:val="24"/>
          <w:lang w:val="ru-RU"/>
        </w:rPr>
        <w:t xml:space="preserve">13.2. </w:t>
      </w:r>
      <w:r w:rsidR="00E23918" w:rsidRPr="00F8386A">
        <w:rPr>
          <w:rFonts w:ascii="Times New Roman" w:eastAsia="Times New Roman" w:hAnsi="Times New Roman"/>
          <w:color w:val="000000"/>
          <w:sz w:val="24"/>
          <w:lang w:val="ru-RU"/>
        </w:rPr>
        <w:t xml:space="preserve">Форма запроса приведена в Приложении 6 к Регламенту. </w:t>
      </w:r>
    </w:p>
    <w:p w:rsidR="00A77280" w:rsidRPr="00F8386A" w:rsidRDefault="00E23918">
      <w:pPr>
        <w:autoSpaceDE w:val="0"/>
        <w:autoSpaceDN w:val="0"/>
        <w:spacing w:before="386" w:after="0" w:line="276" w:lineRule="exact"/>
        <w:ind w:left="576" w:right="288"/>
        <w:jc w:val="center"/>
        <w:rPr>
          <w:lang w:val="ru-RU"/>
        </w:rPr>
      </w:pPr>
      <w:r w:rsidRPr="00F8386A">
        <w:rPr>
          <w:rFonts w:ascii="Times New Roman" w:eastAsia="Times New Roman" w:hAnsi="Times New Roman"/>
          <w:color w:val="000000"/>
          <w:sz w:val="24"/>
          <w:lang w:val="ru-RU"/>
        </w:rPr>
        <w:t xml:space="preserve"> </w:t>
      </w:r>
      <w:r w:rsidR="001D0A52">
        <w:rPr>
          <w:rFonts w:ascii="Times New Roman" w:eastAsia="Times New Roman" w:hAnsi="Times New Roman"/>
          <w:color w:val="000000"/>
          <w:sz w:val="24"/>
          <w:lang w:val="ru-RU"/>
        </w:rPr>
        <w:t xml:space="preserve">14. </w:t>
      </w:r>
      <w:r w:rsidRPr="00F8386A">
        <w:rPr>
          <w:rFonts w:ascii="Times New Roman" w:eastAsia="Times New Roman" w:hAnsi="Times New Roman"/>
          <w:color w:val="000000"/>
          <w:sz w:val="24"/>
          <w:lang w:val="ru-RU"/>
        </w:rPr>
        <w:t>Исчерпывающий перечень оснований для отказа в приеме запроса и документов, необходимых для предоставления Услуги, и исчерпывающий перечень</w:t>
      </w:r>
      <w:r w:rsidR="001D0A52">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 оснований для приостановления предоставления Услуги или для отказа </w:t>
      </w:r>
      <w:r w:rsidR="00E43598">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 xml:space="preserve">в предоставлении Услуги </w:t>
      </w:r>
    </w:p>
    <w:p w:rsidR="00A77280" w:rsidRPr="00F8386A" w:rsidRDefault="00E23918" w:rsidP="001B44BC">
      <w:pPr>
        <w:tabs>
          <w:tab w:val="left" w:pos="828"/>
        </w:tabs>
        <w:autoSpaceDE w:val="0"/>
        <w:autoSpaceDN w:val="0"/>
        <w:spacing w:before="374" w:after="0" w:line="240" w:lineRule="auto"/>
        <w:jc w:val="both"/>
        <w:rPr>
          <w:lang w:val="ru-RU"/>
        </w:rPr>
      </w:pPr>
      <w:r w:rsidRPr="00F8386A">
        <w:rPr>
          <w:lang w:val="ru-RU"/>
        </w:rPr>
        <w:tab/>
      </w:r>
      <w:r w:rsidRPr="00F8386A">
        <w:rPr>
          <w:rFonts w:ascii="Times New Roman" w:eastAsia="Times New Roman" w:hAnsi="Times New Roman"/>
          <w:color w:val="000000"/>
          <w:sz w:val="24"/>
          <w:lang w:val="ru-RU"/>
        </w:rPr>
        <w:t xml:space="preserve">14.1. Исчерпывающий перечень оснований для отказа в приеме запроса и документов, необходимых для предоставления Услуги: </w:t>
      </w:r>
    </w:p>
    <w:p w:rsidR="00E43598" w:rsidRDefault="00E2391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sidRPr="00F8386A">
        <w:rPr>
          <w:rFonts w:ascii="Times New Roman" w:eastAsia="Times New Roman" w:hAnsi="Times New Roman"/>
          <w:color w:val="000000"/>
          <w:sz w:val="24"/>
          <w:lang w:val="ru-RU"/>
        </w:rPr>
        <w:t xml:space="preserve"> </w:t>
      </w:r>
      <w:r w:rsidR="00E43598">
        <w:rPr>
          <w:rFonts w:ascii="Times New Roman" w:eastAsia="Times New Roman" w:hAnsi="Times New Roman"/>
          <w:color w:val="000000"/>
          <w:sz w:val="24"/>
          <w:lang w:val="ru-RU"/>
        </w:rPr>
        <w:t xml:space="preserve">            14.1.1. </w:t>
      </w:r>
      <w:r w:rsidRPr="00F8386A">
        <w:rPr>
          <w:rFonts w:ascii="Times New Roman" w:eastAsia="Times New Roman" w:hAnsi="Times New Roman"/>
          <w:color w:val="000000"/>
          <w:sz w:val="24"/>
          <w:lang w:val="ru-RU"/>
        </w:rPr>
        <w:t>Обращение за предоставлением иной услуги</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14.1.2. </w:t>
      </w:r>
      <w:r w:rsidR="00E23918" w:rsidRPr="00F8386A">
        <w:rPr>
          <w:rFonts w:ascii="Times New Roman" w:eastAsia="Times New Roman" w:hAnsi="Times New Roman"/>
          <w:color w:val="000000"/>
          <w:sz w:val="24"/>
          <w:lang w:val="ru-RU"/>
        </w:rPr>
        <w:t>Заявителем представлен неполный комплект документов, необходимых для предоставления Услуги</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14.1.3. </w:t>
      </w:r>
      <w:r w:rsidR="00E23918" w:rsidRPr="00F8386A">
        <w:rPr>
          <w:rFonts w:ascii="Times New Roman" w:eastAsia="Times New Roman" w:hAnsi="Times New Roman"/>
          <w:color w:val="000000"/>
          <w:sz w:val="24"/>
          <w:lang w:val="ru-RU"/>
        </w:rPr>
        <w:t>Документы, необходимые для предоставления Услуги, утратили силу, отменены или являются недействительными на момент обращения с запросом</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14.1.4. </w:t>
      </w:r>
      <w:r w:rsidR="00E23918" w:rsidRPr="00F8386A">
        <w:rPr>
          <w:rFonts w:ascii="Times New Roman" w:eastAsia="Times New Roman" w:hAnsi="Times New Roman"/>
          <w:color w:val="000000"/>
          <w:sz w:val="24"/>
          <w:lang w:val="ru-RU"/>
        </w:rPr>
        <w:t>Наличие противоречивых сведений в запросе и приложенных к нему документах</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14.1.5. </w:t>
      </w:r>
      <w:r w:rsidR="00E23918" w:rsidRPr="00F8386A">
        <w:rPr>
          <w:rFonts w:ascii="Times New Roman" w:eastAsia="Times New Roman" w:hAnsi="Times New Roman"/>
          <w:color w:val="000000"/>
          <w:sz w:val="24"/>
          <w:lang w:val="ru-RU"/>
        </w:rPr>
        <w:t>Документы содержат подчистки и исправления текста, не заверенные в порядке, установленном законодательством Российской Федерации</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40" w:lineRule="auto"/>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14.1.6. </w:t>
      </w:r>
      <w:r w:rsidR="00E23918" w:rsidRPr="00F8386A">
        <w:rPr>
          <w:rFonts w:ascii="Times New Roman" w:eastAsia="Times New Roman" w:hAnsi="Times New Roman"/>
          <w:color w:val="000000"/>
          <w:sz w:val="24"/>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43598" w:rsidP="001B44BC">
      <w:pPr>
        <w:tabs>
          <w:tab w:val="left" w:pos="828"/>
        </w:tabs>
        <w:autoSpaceDE w:val="0"/>
        <w:autoSpaceDN w:val="0"/>
        <w:spacing w:after="0" w:line="276" w:lineRule="exact"/>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 xml:space="preserve">14.1.7. </w:t>
      </w:r>
      <w:r w:rsidR="00E23918" w:rsidRPr="00F8386A">
        <w:rPr>
          <w:rFonts w:ascii="Times New Roman" w:eastAsia="Times New Roman" w:hAnsi="Times New Roman"/>
          <w:color w:val="000000"/>
          <w:sz w:val="24"/>
          <w:lang w:val="ru-RU"/>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A77280" w:rsidRPr="00F8386A" w:rsidRDefault="00E43598" w:rsidP="001B44BC">
      <w:pPr>
        <w:tabs>
          <w:tab w:val="left" w:pos="828"/>
        </w:tabs>
        <w:autoSpaceDE w:val="0"/>
        <w:autoSpaceDN w:val="0"/>
        <w:spacing w:after="0" w:line="276" w:lineRule="exact"/>
        <w:jc w:val="both"/>
        <w:rPr>
          <w:lang w:val="ru-RU"/>
        </w:rPr>
      </w:pPr>
      <w:r>
        <w:rPr>
          <w:rFonts w:ascii="Times New Roman" w:eastAsia="Times New Roman" w:hAnsi="Times New Roman"/>
          <w:color w:val="000000"/>
          <w:sz w:val="24"/>
          <w:lang w:val="ru-RU"/>
        </w:rPr>
        <w:tab/>
        <w:t xml:space="preserve">14.1.8. </w:t>
      </w:r>
      <w:r w:rsidR="00E23918" w:rsidRPr="00F8386A">
        <w:rPr>
          <w:rFonts w:ascii="Times New Roman" w:eastAsia="Times New Roman" w:hAnsi="Times New Roman"/>
          <w:color w:val="000000"/>
          <w:sz w:val="24"/>
          <w:lang w:val="ru-RU"/>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r w:rsidR="00E23918" w:rsidRPr="00F8386A">
        <w:rPr>
          <w:lang w:val="ru-RU"/>
        </w:rPr>
        <w:br/>
      </w:r>
      <w:r w:rsidR="00E23918" w:rsidRPr="00F8386A">
        <w:rPr>
          <w:lang w:val="ru-RU"/>
        </w:rPr>
        <w:tab/>
      </w:r>
      <w:r w:rsidR="00E23918" w:rsidRPr="00F8386A">
        <w:rPr>
          <w:rFonts w:ascii="Times New Roman" w:eastAsia="Times New Roman" w:hAnsi="Times New Roman"/>
          <w:color w:val="000000"/>
          <w:sz w:val="24"/>
          <w:lang w:val="ru-RU"/>
        </w:rPr>
        <w:t xml:space="preserve">14.1.9. </w:t>
      </w:r>
      <w:r>
        <w:rPr>
          <w:rFonts w:ascii="Times New Roman" w:eastAsia="Times New Roman" w:hAnsi="Times New Roman"/>
          <w:color w:val="000000"/>
          <w:sz w:val="24"/>
          <w:lang w:val="ru-RU"/>
        </w:rPr>
        <w:t>П</w:t>
      </w:r>
      <w:r w:rsidR="00E23918" w:rsidRPr="00F8386A">
        <w:rPr>
          <w:rFonts w:ascii="Times New Roman" w:eastAsia="Times New Roman" w:hAnsi="Times New Roman"/>
          <w:color w:val="000000"/>
          <w:sz w:val="24"/>
          <w:lang w:val="ru-RU"/>
        </w:rPr>
        <w:t>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r w:rsidR="00E23918" w:rsidRPr="00F8386A">
        <w:rPr>
          <w:lang w:val="ru-RU"/>
        </w:rPr>
        <w:tab/>
      </w:r>
      <w:r w:rsidR="00E23918" w:rsidRPr="00F8386A">
        <w:rPr>
          <w:rFonts w:ascii="Times New Roman" w:eastAsia="Times New Roman" w:hAnsi="Times New Roman"/>
          <w:color w:val="000000"/>
          <w:sz w:val="24"/>
          <w:lang w:val="ru-RU"/>
        </w:rPr>
        <w:t xml:space="preserve">14.1.10. </w:t>
      </w:r>
      <w:r>
        <w:rPr>
          <w:rFonts w:ascii="Times New Roman" w:eastAsia="Times New Roman" w:hAnsi="Times New Roman"/>
          <w:color w:val="000000"/>
          <w:sz w:val="24"/>
          <w:lang w:val="ru-RU"/>
        </w:rPr>
        <w:t>П</w:t>
      </w:r>
      <w:r w:rsidR="00E23918" w:rsidRPr="00F8386A">
        <w:rPr>
          <w:rFonts w:ascii="Times New Roman" w:eastAsia="Times New Roman" w:hAnsi="Times New Roman"/>
          <w:color w:val="000000"/>
          <w:sz w:val="24"/>
          <w:lang w:val="ru-RU"/>
        </w:rPr>
        <w:t>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r w:rsidR="00E23918" w:rsidRPr="00F8386A">
        <w:rPr>
          <w:lang w:val="ru-RU"/>
        </w:rPr>
        <w:br/>
      </w:r>
      <w:r w:rsidR="00E23918" w:rsidRPr="00F8386A">
        <w:rPr>
          <w:lang w:val="ru-RU"/>
        </w:rPr>
        <w:tab/>
      </w:r>
      <w:r w:rsidR="00E23918" w:rsidRPr="00F8386A">
        <w:rPr>
          <w:rFonts w:ascii="Times New Roman" w:eastAsia="Times New Roman" w:hAnsi="Times New Roman"/>
          <w:color w:val="000000"/>
          <w:sz w:val="24"/>
          <w:lang w:val="ru-RU"/>
        </w:rPr>
        <w:t xml:space="preserve">14.1.11. </w:t>
      </w:r>
      <w:r>
        <w:rPr>
          <w:rFonts w:ascii="Times New Roman" w:eastAsia="Times New Roman" w:hAnsi="Times New Roman"/>
          <w:color w:val="000000"/>
          <w:sz w:val="24"/>
          <w:lang w:val="ru-RU"/>
        </w:rPr>
        <w:t>П</w:t>
      </w:r>
      <w:r w:rsidR="00E23918" w:rsidRPr="00F8386A">
        <w:rPr>
          <w:rFonts w:ascii="Times New Roman" w:eastAsia="Times New Roman" w:hAnsi="Times New Roman"/>
          <w:color w:val="000000"/>
          <w:sz w:val="24"/>
          <w:lang w:val="ru-RU"/>
        </w:rPr>
        <w:t xml:space="preserve">одача запроса при обращении лично в Администрацию без представления </w:t>
      </w:r>
      <w:r w:rsidR="00E23918" w:rsidRPr="00F8386A">
        <w:rPr>
          <w:rFonts w:ascii="Times New Roman" w:eastAsia="Times New Roman" w:hAnsi="Times New Roman"/>
          <w:color w:val="000000"/>
          <w:sz w:val="24"/>
          <w:lang w:val="ru-RU"/>
        </w:rPr>
        <w:lastRenderedPageBreak/>
        <w:t xml:space="preserve">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 </w:t>
      </w:r>
    </w:p>
    <w:p w:rsidR="00A77280" w:rsidRPr="00F8386A" w:rsidRDefault="00E23918" w:rsidP="00E43598">
      <w:pPr>
        <w:tabs>
          <w:tab w:val="left" w:pos="828"/>
        </w:tabs>
        <w:autoSpaceDE w:val="0"/>
        <w:autoSpaceDN w:val="0"/>
        <w:spacing w:after="0" w:line="276" w:lineRule="exact"/>
        <w:jc w:val="both"/>
        <w:rPr>
          <w:lang w:val="ru-RU"/>
        </w:rPr>
      </w:pPr>
      <w:r w:rsidRPr="00F8386A">
        <w:rPr>
          <w:lang w:val="ru-RU"/>
        </w:rPr>
        <w:tab/>
      </w:r>
      <w:r w:rsidRPr="00F8386A">
        <w:rPr>
          <w:rFonts w:ascii="Times New Roman" w:eastAsia="Times New Roman" w:hAnsi="Times New Roman"/>
          <w:color w:val="000000"/>
          <w:sz w:val="24"/>
          <w:lang w:val="ru-RU"/>
        </w:rPr>
        <w:t xml:space="preserve">14.2. Решение об отказе в приеме документов, необходимых для предоставления Услуги, оформляется в соответствии с Приложением 7 к Регламенту. </w:t>
      </w:r>
    </w:p>
    <w:p w:rsidR="00A77280" w:rsidRPr="00F8386A" w:rsidRDefault="00E23918" w:rsidP="00E43598">
      <w:pPr>
        <w:autoSpaceDE w:val="0"/>
        <w:autoSpaceDN w:val="0"/>
        <w:spacing w:before="36" w:after="0" w:line="242" w:lineRule="exact"/>
        <w:ind w:left="828"/>
        <w:jc w:val="both"/>
        <w:rPr>
          <w:lang w:val="ru-RU"/>
        </w:rPr>
      </w:pPr>
      <w:r w:rsidRPr="00F8386A">
        <w:rPr>
          <w:rFonts w:ascii="Times New Roman" w:eastAsia="Times New Roman" w:hAnsi="Times New Roman"/>
          <w:color w:val="000000"/>
          <w:sz w:val="24"/>
          <w:lang w:val="ru-RU"/>
        </w:rPr>
        <w:t xml:space="preserve">14.3. Основания для приостановления предоставления Услуги отсутствуют. </w:t>
      </w:r>
    </w:p>
    <w:p w:rsidR="00E43598" w:rsidRDefault="00E23918" w:rsidP="001B44BC">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 Исчерпывающий перечень оснований для отказа в предоставлении Услуги: </w:t>
      </w:r>
      <w:r w:rsidRPr="00F8386A">
        <w:rPr>
          <w:lang w:val="ru-RU"/>
        </w:rPr>
        <w:tab/>
      </w:r>
      <w:r w:rsidRPr="00F8386A">
        <w:rPr>
          <w:rFonts w:ascii="Times New Roman" w:eastAsia="Times New Roman" w:hAnsi="Times New Roman"/>
          <w:color w:val="000000"/>
          <w:sz w:val="24"/>
          <w:lang w:val="ru-RU"/>
        </w:rPr>
        <w:t xml:space="preserve">14.4.1. </w:t>
      </w:r>
      <w:r w:rsidR="00E43598">
        <w:rPr>
          <w:rFonts w:ascii="Times New Roman" w:eastAsia="Times New Roman" w:hAnsi="Times New Roman"/>
          <w:color w:val="000000"/>
          <w:sz w:val="24"/>
          <w:lang w:val="ru-RU"/>
        </w:rPr>
        <w:t>Н</w:t>
      </w:r>
      <w:r w:rsidRPr="00F8386A">
        <w:rPr>
          <w:rFonts w:ascii="Times New Roman" w:eastAsia="Times New Roman" w:hAnsi="Times New Roman"/>
          <w:color w:val="000000"/>
          <w:sz w:val="24"/>
          <w:lang w:val="ru-RU"/>
        </w:rPr>
        <w:t>есоответствие категории заявителя кругу лиц, указанных в подразделе 2</w:t>
      </w:r>
      <w:r w:rsidR="00444686">
        <w:rPr>
          <w:rFonts w:ascii="Times New Roman" w:eastAsia="Times New Roman" w:hAnsi="Times New Roman"/>
          <w:color w:val="000000"/>
          <w:sz w:val="24"/>
          <w:lang w:val="ru-RU"/>
        </w:rPr>
        <w:t xml:space="preserve"> и в </w:t>
      </w:r>
      <w:r w:rsidRPr="00F8386A">
        <w:rPr>
          <w:rFonts w:ascii="Times New Roman" w:eastAsia="Times New Roman" w:hAnsi="Times New Roman"/>
          <w:color w:val="000000"/>
          <w:sz w:val="24"/>
          <w:lang w:val="ru-RU"/>
        </w:rPr>
        <w:t>Приложени</w:t>
      </w:r>
      <w:r w:rsidR="00444686">
        <w:rPr>
          <w:rFonts w:ascii="Times New Roman" w:eastAsia="Times New Roman" w:hAnsi="Times New Roman"/>
          <w:color w:val="000000"/>
          <w:sz w:val="24"/>
          <w:lang w:val="ru-RU"/>
        </w:rPr>
        <w:t>и</w:t>
      </w:r>
      <w:r w:rsidRPr="00F8386A">
        <w:rPr>
          <w:rFonts w:ascii="Times New Roman" w:eastAsia="Times New Roman" w:hAnsi="Times New Roman"/>
          <w:color w:val="000000"/>
          <w:sz w:val="24"/>
          <w:lang w:val="ru-RU"/>
        </w:rPr>
        <w:t xml:space="preserve"> 2 к Регламенту</w:t>
      </w:r>
      <w:r w:rsidR="001B44BC">
        <w:rPr>
          <w:rFonts w:ascii="Times New Roman" w:eastAsia="Times New Roman" w:hAnsi="Times New Roman"/>
          <w:color w:val="000000"/>
          <w:sz w:val="24"/>
          <w:lang w:val="ru-RU"/>
        </w:rPr>
        <w:t>.</w:t>
      </w:r>
    </w:p>
    <w:p w:rsidR="00E43598" w:rsidRDefault="00E23918" w:rsidP="001B44BC">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14.4.2. </w:t>
      </w:r>
      <w:r w:rsidR="00E43598">
        <w:rPr>
          <w:rFonts w:ascii="Times New Roman" w:eastAsia="Times New Roman" w:hAnsi="Times New Roman"/>
          <w:color w:val="000000"/>
          <w:sz w:val="24"/>
          <w:lang w:val="ru-RU"/>
        </w:rPr>
        <w:t>Н</w:t>
      </w:r>
      <w:r w:rsidRPr="00F8386A">
        <w:rPr>
          <w:rFonts w:ascii="Times New Roman" w:eastAsia="Times New Roman" w:hAnsi="Times New Roman"/>
          <w:color w:val="000000"/>
          <w:sz w:val="24"/>
          <w:lang w:val="ru-RU"/>
        </w:rPr>
        <w:t>есоответствие документов, указанных в Приложении 5 к Регламенту, по форме или содержанию требованиям законодательства Российской Федерации</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23918" w:rsidP="001B44BC">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14.4.3. </w:t>
      </w:r>
      <w:r w:rsidR="00E43598">
        <w:rPr>
          <w:rFonts w:ascii="Times New Roman" w:eastAsia="Times New Roman" w:hAnsi="Times New Roman"/>
          <w:color w:val="000000"/>
          <w:sz w:val="24"/>
          <w:lang w:val="ru-RU"/>
        </w:rPr>
        <w:t>Н</w:t>
      </w:r>
      <w:r w:rsidRPr="00F8386A">
        <w:rPr>
          <w:rFonts w:ascii="Times New Roman" w:eastAsia="Times New Roman" w:hAnsi="Times New Roman"/>
          <w:color w:val="000000"/>
          <w:sz w:val="24"/>
          <w:lang w:val="ru-RU"/>
        </w:rPr>
        <w:t>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23918" w:rsidP="001B44BC">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14.4.4. </w:t>
      </w:r>
      <w:r w:rsidR="00E43598">
        <w:rPr>
          <w:rFonts w:ascii="Times New Roman" w:eastAsia="Times New Roman" w:hAnsi="Times New Roman"/>
          <w:color w:val="000000"/>
          <w:sz w:val="24"/>
          <w:lang w:val="ru-RU"/>
        </w:rPr>
        <w:t>О</w:t>
      </w:r>
      <w:r w:rsidRPr="00F8386A">
        <w:rPr>
          <w:rFonts w:ascii="Times New Roman" w:eastAsia="Times New Roman" w:hAnsi="Times New Roman"/>
          <w:color w:val="000000"/>
          <w:sz w:val="24"/>
          <w:lang w:val="ru-RU"/>
        </w:rPr>
        <w:t>тзыв запроса по инициативе заявителя</w:t>
      </w:r>
      <w:r w:rsidR="001B44BC">
        <w:rPr>
          <w:rFonts w:ascii="Times New Roman" w:eastAsia="Times New Roman" w:hAnsi="Times New Roman"/>
          <w:color w:val="000000"/>
          <w:sz w:val="24"/>
          <w:lang w:val="ru-RU"/>
        </w:rPr>
        <w:t>.</w:t>
      </w:r>
    </w:p>
    <w:p w:rsidR="003A1225" w:rsidRDefault="00E23918" w:rsidP="002F3A11">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14.4.5. </w:t>
      </w:r>
      <w:r w:rsidR="00E43598">
        <w:rPr>
          <w:rFonts w:ascii="Times New Roman" w:eastAsia="Times New Roman" w:hAnsi="Times New Roman"/>
          <w:color w:val="000000"/>
          <w:sz w:val="24"/>
          <w:lang w:val="ru-RU"/>
        </w:rPr>
        <w:t>Р</w:t>
      </w:r>
      <w:r w:rsidRPr="00F8386A">
        <w:rPr>
          <w:rFonts w:ascii="Times New Roman" w:eastAsia="Times New Roman" w:hAnsi="Times New Roman"/>
          <w:color w:val="000000"/>
          <w:sz w:val="24"/>
          <w:lang w:val="ru-RU"/>
        </w:rPr>
        <w:t>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r w:rsidR="003A1225">
        <w:rPr>
          <w:rFonts w:ascii="Times New Roman" w:eastAsia="Times New Roman" w:hAnsi="Times New Roman"/>
          <w:color w:val="000000"/>
          <w:sz w:val="24"/>
          <w:lang w:val="ru-RU"/>
        </w:rPr>
        <w:t>.</w:t>
      </w:r>
    </w:p>
    <w:p w:rsidR="00E43598" w:rsidRDefault="003A1225" w:rsidP="002F3A11">
      <w:pPr>
        <w:tabs>
          <w:tab w:val="left" w:pos="828"/>
        </w:tabs>
        <w:autoSpaceDE w:val="0"/>
        <w:autoSpaceDN w:val="0"/>
        <w:spacing w:after="0" w:line="276" w:lineRule="exact"/>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14.4.6. Р</w:t>
      </w:r>
      <w:r w:rsidR="00E23918" w:rsidRPr="00F8386A">
        <w:rPr>
          <w:rFonts w:ascii="Times New Roman" w:eastAsia="Times New Roman" w:hAnsi="Times New Roman"/>
          <w:color w:val="000000"/>
          <w:sz w:val="24"/>
          <w:lang w:val="ru-RU"/>
        </w:rPr>
        <w:t>азмещение садового дома на земельном участке, расположенном в границах зоны затопления, подтопления</w:t>
      </w:r>
      <w:r w:rsidR="001B44BC">
        <w:rPr>
          <w:rFonts w:ascii="Times New Roman" w:eastAsia="Times New Roman" w:hAnsi="Times New Roman"/>
          <w:color w:val="000000"/>
          <w:sz w:val="24"/>
          <w:lang w:val="ru-RU"/>
        </w:rPr>
        <w:t>.</w:t>
      </w:r>
      <w:r w:rsidR="00E23918" w:rsidRPr="00F8386A">
        <w:rPr>
          <w:rFonts w:ascii="Times New Roman" w:eastAsia="Times New Roman" w:hAnsi="Times New Roman"/>
          <w:color w:val="000000"/>
          <w:sz w:val="24"/>
          <w:lang w:val="ru-RU"/>
        </w:rPr>
        <w:t xml:space="preserve"> </w:t>
      </w:r>
    </w:p>
    <w:p w:rsidR="00E43598" w:rsidRDefault="00E23918" w:rsidP="002F3A11">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14.4.7. </w:t>
      </w:r>
      <w:r w:rsidR="00E43598">
        <w:rPr>
          <w:rFonts w:ascii="Times New Roman" w:eastAsia="Times New Roman" w:hAnsi="Times New Roman"/>
          <w:color w:val="000000"/>
          <w:sz w:val="24"/>
          <w:lang w:val="ru-RU"/>
        </w:rPr>
        <w:t>М</w:t>
      </w:r>
      <w:r w:rsidRPr="00F8386A">
        <w:rPr>
          <w:rFonts w:ascii="Times New Roman" w:eastAsia="Times New Roman" w:hAnsi="Times New Roman"/>
          <w:color w:val="000000"/>
          <w:sz w:val="24"/>
          <w:lang w:val="ru-RU"/>
        </w:rPr>
        <w:t>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43598" w:rsidP="002F3A11">
      <w:pPr>
        <w:tabs>
          <w:tab w:val="left" w:pos="828"/>
        </w:tabs>
        <w:autoSpaceDE w:val="0"/>
        <w:autoSpaceDN w:val="0"/>
        <w:spacing w:after="0" w:line="276" w:lineRule="exact"/>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ab/>
        <w:t>14.4.8. О</w:t>
      </w:r>
      <w:r w:rsidR="00E23918" w:rsidRPr="00F8386A">
        <w:rPr>
          <w:rFonts w:ascii="Times New Roman" w:eastAsia="Times New Roman" w:hAnsi="Times New Roman"/>
          <w:color w:val="000000"/>
          <w:sz w:val="24"/>
          <w:lang w:val="ru-RU"/>
        </w:rPr>
        <w:t>тсутствие сведений об установленных границах земельного участка, на котором расположен садовый дом, в ЕГРН</w:t>
      </w:r>
      <w:r w:rsidR="001B44BC">
        <w:rPr>
          <w:rFonts w:ascii="Times New Roman" w:eastAsia="Times New Roman" w:hAnsi="Times New Roman"/>
          <w:color w:val="000000"/>
          <w:sz w:val="24"/>
          <w:lang w:val="ru-RU"/>
        </w:rPr>
        <w:t>.</w:t>
      </w:r>
    </w:p>
    <w:p w:rsidR="00E43598" w:rsidRDefault="00E23918" w:rsidP="002F3A11">
      <w:pPr>
        <w:tabs>
          <w:tab w:val="left" w:pos="828"/>
        </w:tabs>
        <w:autoSpaceDE w:val="0"/>
        <w:autoSpaceDN w:val="0"/>
        <w:spacing w:after="0" w:line="276"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14.4.9. </w:t>
      </w:r>
      <w:r w:rsidR="00E43598">
        <w:rPr>
          <w:rFonts w:ascii="Times New Roman" w:eastAsia="Times New Roman" w:hAnsi="Times New Roman"/>
          <w:color w:val="000000"/>
          <w:sz w:val="24"/>
          <w:lang w:val="ru-RU"/>
        </w:rPr>
        <w:t>О</w:t>
      </w:r>
      <w:r w:rsidRPr="00F8386A">
        <w:rPr>
          <w:rFonts w:ascii="Times New Roman" w:eastAsia="Times New Roman" w:hAnsi="Times New Roman"/>
          <w:color w:val="000000"/>
          <w:sz w:val="24"/>
          <w:lang w:val="ru-RU"/>
        </w:rPr>
        <w:t>тсутствие сведений о местоположении садового дома на земельном участке в ЕГРН</w:t>
      </w:r>
      <w:r w:rsidR="001B44BC">
        <w:rPr>
          <w:rFonts w:ascii="Times New Roman" w:eastAsia="Times New Roman" w:hAnsi="Times New Roman"/>
          <w:color w:val="000000"/>
          <w:sz w:val="24"/>
          <w:lang w:val="ru-RU"/>
        </w:rPr>
        <w:t>.</w:t>
      </w:r>
    </w:p>
    <w:p w:rsidR="00E43598" w:rsidRDefault="00E23918" w:rsidP="002F3A11">
      <w:pPr>
        <w:tabs>
          <w:tab w:val="left" w:pos="828"/>
        </w:tabs>
        <w:autoSpaceDE w:val="0"/>
        <w:autoSpaceDN w:val="0"/>
        <w:spacing w:after="0" w:line="276" w:lineRule="exact"/>
        <w:jc w:val="both"/>
        <w:rPr>
          <w:lang w:val="ru-RU"/>
        </w:rPr>
      </w:pPr>
      <w:r w:rsidRPr="00F8386A">
        <w:rPr>
          <w:lang w:val="ru-RU"/>
        </w:rPr>
        <w:tab/>
      </w:r>
      <w:r w:rsidRPr="00F8386A">
        <w:rPr>
          <w:rFonts w:ascii="Times New Roman" w:eastAsia="Times New Roman" w:hAnsi="Times New Roman"/>
          <w:color w:val="000000"/>
          <w:sz w:val="24"/>
          <w:lang w:val="ru-RU"/>
        </w:rPr>
        <w:t xml:space="preserve">14.4.10. </w:t>
      </w:r>
      <w:r w:rsidR="00E43598">
        <w:rPr>
          <w:rFonts w:ascii="Times New Roman" w:eastAsia="Times New Roman" w:hAnsi="Times New Roman"/>
          <w:color w:val="000000"/>
          <w:sz w:val="24"/>
          <w:lang w:val="ru-RU"/>
        </w:rPr>
        <w:t>П</w:t>
      </w:r>
      <w:r w:rsidRPr="00F8386A">
        <w:rPr>
          <w:rFonts w:ascii="Times New Roman" w:eastAsia="Times New Roman" w:hAnsi="Times New Roman"/>
          <w:color w:val="000000"/>
          <w:sz w:val="24"/>
          <w:lang w:val="ru-RU"/>
        </w:rPr>
        <w:t>оступление в уполномоченный орган местного самоуправления уведомления об отсутствии в ЕГРН сведений о зарегистрированных правах на садовый дом или жилой дом</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r w:rsidRPr="00F8386A">
        <w:rPr>
          <w:lang w:val="ru-RU"/>
        </w:rPr>
        <w:tab/>
      </w:r>
    </w:p>
    <w:p w:rsidR="00E43598" w:rsidRDefault="00E43598" w:rsidP="002F3A11">
      <w:pPr>
        <w:tabs>
          <w:tab w:val="left" w:pos="828"/>
        </w:tabs>
        <w:autoSpaceDE w:val="0"/>
        <w:autoSpaceDN w:val="0"/>
        <w:spacing w:after="0" w:line="240" w:lineRule="auto"/>
        <w:jc w:val="both"/>
        <w:rPr>
          <w:rFonts w:ascii="Times New Roman" w:eastAsia="Times New Roman" w:hAnsi="Times New Roman"/>
          <w:color w:val="000000"/>
          <w:sz w:val="24"/>
          <w:lang w:val="ru-RU"/>
        </w:rPr>
      </w:pPr>
      <w:r>
        <w:rPr>
          <w:lang w:val="ru-RU"/>
        </w:rPr>
        <w:tab/>
      </w:r>
      <w:r w:rsidR="00E23918" w:rsidRPr="00F8386A">
        <w:rPr>
          <w:rFonts w:ascii="Times New Roman" w:eastAsia="Times New Roman" w:hAnsi="Times New Roman"/>
          <w:color w:val="000000"/>
          <w:sz w:val="24"/>
          <w:lang w:val="ru-RU"/>
        </w:rPr>
        <w:t xml:space="preserve">14.4.11. </w:t>
      </w:r>
      <w:r>
        <w:rPr>
          <w:rFonts w:ascii="Times New Roman" w:eastAsia="Times New Roman" w:hAnsi="Times New Roman"/>
          <w:color w:val="000000"/>
          <w:sz w:val="24"/>
          <w:lang w:val="ru-RU"/>
        </w:rPr>
        <w:t>З</w:t>
      </w:r>
      <w:r w:rsidR="00E23918" w:rsidRPr="00F8386A">
        <w:rPr>
          <w:rFonts w:ascii="Times New Roman" w:eastAsia="Times New Roman" w:hAnsi="Times New Roman"/>
          <w:color w:val="000000"/>
          <w:sz w:val="24"/>
          <w:lang w:val="ru-RU"/>
        </w:rPr>
        <w:t>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r w:rsidR="001B44BC">
        <w:rPr>
          <w:rFonts w:ascii="Times New Roman" w:eastAsia="Times New Roman" w:hAnsi="Times New Roman"/>
          <w:color w:val="000000"/>
          <w:sz w:val="24"/>
          <w:lang w:val="ru-RU"/>
        </w:rPr>
        <w:t>.</w:t>
      </w:r>
    </w:p>
    <w:p w:rsidR="00E43598" w:rsidRDefault="00E23918" w:rsidP="002F3A11">
      <w:pPr>
        <w:tabs>
          <w:tab w:val="left" w:pos="828"/>
        </w:tabs>
        <w:autoSpaceDE w:val="0"/>
        <w:autoSpaceDN w:val="0"/>
        <w:spacing w:after="0" w:line="240" w:lineRule="auto"/>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14.4.12. </w:t>
      </w:r>
      <w:r w:rsidR="00E43598">
        <w:rPr>
          <w:rFonts w:ascii="Times New Roman" w:eastAsia="Times New Roman" w:hAnsi="Times New Roman"/>
          <w:color w:val="000000"/>
          <w:sz w:val="24"/>
          <w:lang w:val="ru-RU"/>
        </w:rPr>
        <w:t>П</w:t>
      </w:r>
      <w:r w:rsidRPr="00F8386A">
        <w:rPr>
          <w:rFonts w:ascii="Times New Roman" w:eastAsia="Times New Roman" w:hAnsi="Times New Roman"/>
          <w:color w:val="000000"/>
          <w:sz w:val="24"/>
          <w:lang w:val="ru-RU"/>
        </w:rPr>
        <w:t>оступление в уполномоченный орган местного самоуправления сведений, содержащихся в ЕГРН, о зарегистрированном праве собственности на садовый или жилой дом лица, не являющегося заявителем</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23918" w:rsidP="002F3A11">
      <w:pPr>
        <w:tabs>
          <w:tab w:val="left" w:pos="828"/>
        </w:tabs>
        <w:autoSpaceDE w:val="0"/>
        <w:autoSpaceDN w:val="0"/>
        <w:spacing w:after="0" w:line="240" w:lineRule="auto"/>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14.4.13. </w:t>
      </w:r>
      <w:r w:rsidR="00E43598">
        <w:rPr>
          <w:rFonts w:ascii="Times New Roman" w:eastAsia="Times New Roman" w:hAnsi="Times New Roman"/>
          <w:color w:val="000000"/>
          <w:sz w:val="24"/>
          <w:lang w:val="ru-RU"/>
        </w:rPr>
        <w:t>И</w:t>
      </w:r>
      <w:r w:rsidRPr="00F8386A">
        <w:rPr>
          <w:rFonts w:ascii="Times New Roman" w:eastAsia="Times New Roman" w:hAnsi="Times New Roman"/>
          <w:color w:val="000000"/>
          <w:sz w:val="24"/>
          <w:lang w:val="ru-RU"/>
        </w:rPr>
        <w:t>спользование жилого дома заявителем или иным лицом в качестве места постоянного проживания</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E43598" w:rsidRDefault="00E23918" w:rsidP="002F3A11">
      <w:pPr>
        <w:tabs>
          <w:tab w:val="left" w:pos="828"/>
        </w:tabs>
        <w:autoSpaceDE w:val="0"/>
        <w:autoSpaceDN w:val="0"/>
        <w:spacing w:after="0" w:line="240" w:lineRule="auto"/>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14.4.14. </w:t>
      </w:r>
      <w:r w:rsidR="00E43598">
        <w:rPr>
          <w:rFonts w:ascii="Times New Roman" w:eastAsia="Times New Roman" w:hAnsi="Times New Roman"/>
          <w:color w:val="000000"/>
          <w:sz w:val="24"/>
          <w:lang w:val="ru-RU"/>
        </w:rPr>
        <w:t>О</w:t>
      </w:r>
      <w:r w:rsidRPr="00F8386A">
        <w:rPr>
          <w:rFonts w:ascii="Times New Roman" w:eastAsia="Times New Roman" w:hAnsi="Times New Roman"/>
          <w:color w:val="000000"/>
          <w:sz w:val="24"/>
          <w:lang w:val="ru-RU"/>
        </w:rPr>
        <w:t>тсутствие сведений об установленных границах земельного участка, на котором расположен жилой дом, в ЕГРН</w:t>
      </w:r>
      <w:r w:rsidR="001B44BC">
        <w:rPr>
          <w:rFonts w:ascii="Times New Roman" w:eastAsia="Times New Roman" w:hAnsi="Times New Roman"/>
          <w:color w:val="000000"/>
          <w:sz w:val="24"/>
          <w:lang w:val="ru-RU"/>
        </w:rPr>
        <w:t>.</w:t>
      </w:r>
      <w:r w:rsidRPr="00F8386A">
        <w:rPr>
          <w:rFonts w:ascii="Times New Roman" w:eastAsia="Times New Roman" w:hAnsi="Times New Roman"/>
          <w:color w:val="000000"/>
          <w:sz w:val="24"/>
          <w:lang w:val="ru-RU"/>
        </w:rPr>
        <w:t xml:space="preserve"> </w:t>
      </w:r>
    </w:p>
    <w:p w:rsidR="00A77280" w:rsidRPr="00F8386A" w:rsidRDefault="00E23918" w:rsidP="002F3A11">
      <w:pPr>
        <w:tabs>
          <w:tab w:val="left" w:pos="828"/>
        </w:tabs>
        <w:autoSpaceDE w:val="0"/>
        <w:autoSpaceDN w:val="0"/>
        <w:spacing w:after="0" w:line="240" w:lineRule="auto"/>
        <w:jc w:val="both"/>
        <w:rPr>
          <w:lang w:val="ru-RU"/>
        </w:rPr>
      </w:pPr>
      <w:r w:rsidRPr="00F8386A">
        <w:rPr>
          <w:lang w:val="ru-RU"/>
        </w:rPr>
        <w:tab/>
      </w:r>
      <w:r w:rsidR="00E43598">
        <w:rPr>
          <w:rFonts w:ascii="Times New Roman" w:eastAsia="Times New Roman" w:hAnsi="Times New Roman"/>
          <w:color w:val="000000"/>
          <w:sz w:val="24"/>
          <w:lang w:val="ru-RU"/>
        </w:rPr>
        <w:t>14.4.15. О</w:t>
      </w:r>
      <w:r w:rsidRPr="00F8386A">
        <w:rPr>
          <w:rFonts w:ascii="Times New Roman" w:eastAsia="Times New Roman" w:hAnsi="Times New Roman"/>
          <w:color w:val="000000"/>
          <w:sz w:val="24"/>
          <w:lang w:val="ru-RU"/>
        </w:rPr>
        <w:t xml:space="preserve">тсутствие сведений о местоположении жилого дома на земельном участке в ЕГРН. </w:t>
      </w:r>
    </w:p>
    <w:p w:rsidR="00A77280" w:rsidRPr="00F8386A" w:rsidRDefault="00E23918" w:rsidP="002F3A11">
      <w:pPr>
        <w:tabs>
          <w:tab w:val="left" w:pos="828"/>
        </w:tabs>
        <w:autoSpaceDE w:val="0"/>
        <w:autoSpaceDN w:val="0"/>
        <w:spacing w:after="0" w:line="240" w:lineRule="auto"/>
        <w:ind w:firstLine="262"/>
        <w:jc w:val="both"/>
        <w:rPr>
          <w:lang w:val="ru-RU"/>
        </w:rPr>
      </w:pPr>
      <w:r w:rsidRPr="00F8386A">
        <w:rPr>
          <w:lang w:val="ru-RU"/>
        </w:rPr>
        <w:tab/>
      </w:r>
      <w:r w:rsidRPr="00F8386A">
        <w:rPr>
          <w:rFonts w:ascii="Times New Roman" w:eastAsia="Times New Roman" w:hAnsi="Times New Roman"/>
          <w:color w:val="000000"/>
          <w:sz w:val="24"/>
          <w:lang w:val="ru-RU"/>
        </w:rPr>
        <w:t xml:space="preserve">14.5. В Приложении 8 к Регламенту приведены основания, предусмотренные пунктами 14.1-14.4 Регламента с учетом категории (признаков) заявителя. </w:t>
      </w:r>
    </w:p>
    <w:p w:rsidR="002F3A11" w:rsidRDefault="002F3A11">
      <w:pPr>
        <w:tabs>
          <w:tab w:val="left" w:pos="1016"/>
          <w:tab w:val="left" w:pos="5012"/>
        </w:tabs>
        <w:autoSpaceDE w:val="0"/>
        <w:autoSpaceDN w:val="0"/>
        <w:spacing w:before="2" w:after="0" w:line="278" w:lineRule="exact"/>
        <w:ind w:left="514" w:right="144"/>
        <w:rPr>
          <w:rFonts w:ascii="Times New Roman" w:eastAsia="Times New Roman" w:hAnsi="Times New Roman"/>
          <w:color w:val="000000"/>
          <w:sz w:val="24"/>
          <w:lang w:val="ru-RU"/>
        </w:rPr>
      </w:pPr>
    </w:p>
    <w:p w:rsidR="00201AE6" w:rsidRDefault="002F3A11" w:rsidP="00201AE6">
      <w:pPr>
        <w:tabs>
          <w:tab w:val="left" w:pos="0"/>
        </w:tabs>
        <w:autoSpaceDE w:val="0"/>
        <w:autoSpaceDN w:val="0"/>
        <w:spacing w:before="2" w:after="0" w:line="278" w:lineRule="exact"/>
        <w:ind w:right="144"/>
        <w:jc w:val="center"/>
        <w:rPr>
          <w:rFonts w:ascii="Times New Roman" w:eastAsia="Times New Roman" w:hAnsi="Times New Roman"/>
          <w:color w:val="000000"/>
          <w:sz w:val="24"/>
          <w:lang w:val="ru-RU"/>
        </w:rPr>
      </w:pPr>
      <w:r w:rsidRPr="002F3A11">
        <w:rPr>
          <w:rFonts w:ascii="Times New Roman" w:eastAsia="Times New Roman" w:hAnsi="Times New Roman"/>
          <w:color w:val="000000"/>
          <w:sz w:val="24"/>
        </w:rPr>
        <w:t>II</w:t>
      </w:r>
      <w:r>
        <w:rPr>
          <w:rFonts w:ascii="Times New Roman" w:eastAsia="Times New Roman" w:hAnsi="Times New Roman"/>
          <w:color w:val="000000"/>
          <w:sz w:val="24"/>
        </w:rPr>
        <w:t>I</w:t>
      </w:r>
      <w:r w:rsidRPr="00F8386A">
        <w:rPr>
          <w:rFonts w:ascii="Times New Roman" w:eastAsia="Times New Roman" w:hAnsi="Times New Roman"/>
          <w:color w:val="000000"/>
          <w:sz w:val="24"/>
          <w:lang w:val="ru-RU"/>
        </w:rPr>
        <w:t xml:space="preserve">. </w:t>
      </w:r>
      <w:r w:rsidR="00201AE6">
        <w:rPr>
          <w:rFonts w:ascii="Times New Roman" w:eastAsia="Times New Roman" w:hAnsi="Times New Roman"/>
          <w:color w:val="000000"/>
          <w:sz w:val="24"/>
          <w:lang w:val="ru-RU"/>
        </w:rPr>
        <w:t>С</w:t>
      </w:r>
      <w:r w:rsidR="00201AE6" w:rsidRPr="00201AE6">
        <w:rPr>
          <w:rFonts w:ascii="Times New Roman" w:eastAsia="Times New Roman" w:hAnsi="Times New Roman"/>
          <w:color w:val="000000"/>
          <w:sz w:val="24"/>
          <w:lang w:val="ru-RU"/>
        </w:rPr>
        <w:t>остав</w:t>
      </w:r>
      <w:r w:rsidR="00201AE6">
        <w:rPr>
          <w:rFonts w:ascii="Times New Roman" w:eastAsia="Times New Roman" w:hAnsi="Times New Roman"/>
          <w:color w:val="000000"/>
          <w:sz w:val="24"/>
          <w:lang w:val="ru-RU"/>
        </w:rPr>
        <w:t>, последовательность</w:t>
      </w:r>
    </w:p>
    <w:p w:rsidR="00201AE6" w:rsidRDefault="00201AE6" w:rsidP="00201AE6">
      <w:pPr>
        <w:autoSpaceDE w:val="0"/>
        <w:autoSpaceDN w:val="0"/>
        <w:spacing w:after="0" w:line="244" w:lineRule="exact"/>
        <w:ind w:right="-1"/>
        <w:jc w:val="center"/>
        <w:rPr>
          <w:rFonts w:ascii="Times New Roman" w:eastAsia="Times New Roman" w:hAnsi="Times New Roman"/>
          <w:color w:val="000000"/>
          <w:sz w:val="24"/>
          <w:lang w:val="ru-RU"/>
        </w:rPr>
      </w:pPr>
      <w:r>
        <w:rPr>
          <w:rFonts w:ascii="Times New Roman" w:eastAsia="Times New Roman" w:hAnsi="Times New Roman"/>
          <w:color w:val="000000"/>
          <w:sz w:val="24"/>
          <w:lang w:val="ru-RU"/>
        </w:rPr>
        <w:t>и сроки выполнения административных процедур</w:t>
      </w:r>
    </w:p>
    <w:p w:rsidR="00201AE6" w:rsidRDefault="00201AE6" w:rsidP="00201AE6">
      <w:pPr>
        <w:autoSpaceDE w:val="0"/>
        <w:autoSpaceDN w:val="0"/>
        <w:spacing w:before="308" w:after="0" w:line="244" w:lineRule="exact"/>
        <w:ind w:right="-1"/>
        <w:jc w:val="center"/>
        <w:rPr>
          <w:rFonts w:ascii="Times New Roman" w:eastAsia="Times New Roman" w:hAnsi="Times New Roman"/>
          <w:color w:val="000000"/>
          <w:sz w:val="24"/>
          <w:lang w:val="ru-RU"/>
        </w:rPr>
      </w:pPr>
    </w:p>
    <w:p w:rsidR="00A77280" w:rsidRPr="00F8386A" w:rsidRDefault="00E23918" w:rsidP="00201AE6">
      <w:pPr>
        <w:tabs>
          <w:tab w:val="left" w:pos="1016"/>
          <w:tab w:val="left" w:pos="5012"/>
        </w:tabs>
        <w:autoSpaceDE w:val="0"/>
        <w:autoSpaceDN w:val="0"/>
        <w:spacing w:before="2" w:after="0" w:line="278" w:lineRule="exact"/>
        <w:ind w:left="514" w:right="144"/>
        <w:jc w:val="center"/>
        <w:rPr>
          <w:lang w:val="ru-RU"/>
        </w:rPr>
      </w:pPr>
      <w:r w:rsidRPr="00F8386A">
        <w:rPr>
          <w:rFonts w:ascii="Times New Roman" w:eastAsia="Times New Roman" w:hAnsi="Times New Roman"/>
          <w:color w:val="000000"/>
          <w:sz w:val="24"/>
          <w:lang w:val="ru-RU"/>
        </w:rPr>
        <w:lastRenderedPageBreak/>
        <w:t xml:space="preserve">15. Перечень осуществляемых при предоставлении Услуги </w:t>
      </w:r>
      <w:r w:rsidR="00201AE6">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административных процедур</w:t>
      </w:r>
    </w:p>
    <w:p w:rsidR="00201AE6" w:rsidRDefault="00201AE6" w:rsidP="00201AE6">
      <w:pPr>
        <w:autoSpaceDE w:val="0"/>
        <w:autoSpaceDN w:val="0"/>
        <w:spacing w:before="166" w:after="0" w:line="276" w:lineRule="exact"/>
        <w:ind w:right="-1" w:firstLine="851"/>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15.1 </w:t>
      </w:r>
      <w:r w:rsidR="00E23918" w:rsidRPr="00F8386A">
        <w:rPr>
          <w:rFonts w:ascii="Times New Roman" w:eastAsia="Times New Roman" w:hAnsi="Times New Roman"/>
          <w:color w:val="000000"/>
          <w:sz w:val="24"/>
          <w:lang w:val="ru-RU"/>
        </w:rPr>
        <w:t xml:space="preserve">При предоставлении Услуги осуществляются следующие административные процедуры: </w:t>
      </w:r>
    </w:p>
    <w:p w:rsidR="00A77280" w:rsidRPr="00F8386A" w:rsidRDefault="00201AE6" w:rsidP="00201AE6">
      <w:pPr>
        <w:autoSpaceDE w:val="0"/>
        <w:autoSpaceDN w:val="0"/>
        <w:spacing w:after="0" w:line="276" w:lineRule="exact"/>
        <w:ind w:right="-1" w:firstLine="851"/>
        <w:jc w:val="both"/>
        <w:rPr>
          <w:lang w:val="ru-RU"/>
        </w:rPr>
      </w:pPr>
      <w:r>
        <w:rPr>
          <w:rFonts w:ascii="Times New Roman" w:eastAsia="Times New Roman" w:hAnsi="Times New Roman"/>
          <w:color w:val="000000"/>
          <w:sz w:val="24"/>
          <w:lang w:val="ru-RU"/>
        </w:rPr>
        <w:t>15</w:t>
      </w:r>
      <w:r w:rsidR="00E23918" w:rsidRPr="00F8386A">
        <w:rPr>
          <w:rFonts w:ascii="Times New Roman" w:eastAsia="Times New Roman" w:hAnsi="Times New Roman"/>
          <w:color w:val="000000"/>
          <w:sz w:val="24"/>
          <w:lang w:val="ru-RU"/>
        </w:rPr>
        <w:t xml:space="preserve">.1.1. Профилирование заявителя. </w:t>
      </w:r>
    </w:p>
    <w:p w:rsidR="00201AE6" w:rsidRDefault="00201AE6" w:rsidP="00201AE6">
      <w:pPr>
        <w:autoSpaceDE w:val="0"/>
        <w:autoSpaceDN w:val="0"/>
        <w:spacing w:after="0" w:line="276" w:lineRule="exact"/>
        <w:ind w:right="-1" w:firstLine="851"/>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15</w:t>
      </w:r>
      <w:r w:rsidR="00E23918" w:rsidRPr="00F8386A">
        <w:rPr>
          <w:rFonts w:ascii="Times New Roman" w:eastAsia="Times New Roman" w:hAnsi="Times New Roman"/>
          <w:color w:val="000000"/>
          <w:sz w:val="24"/>
          <w:lang w:val="ru-RU"/>
        </w:rPr>
        <w:t>.1.</w:t>
      </w:r>
      <w:r>
        <w:rPr>
          <w:rFonts w:ascii="Times New Roman" w:eastAsia="Times New Roman" w:hAnsi="Times New Roman"/>
          <w:color w:val="000000"/>
          <w:sz w:val="24"/>
          <w:lang w:val="ru-RU"/>
        </w:rPr>
        <w:t>2</w:t>
      </w:r>
      <w:r w:rsidR="00E23918" w:rsidRPr="00F8386A">
        <w:rPr>
          <w:rFonts w:ascii="Times New Roman" w:eastAsia="Times New Roman" w:hAnsi="Times New Roman"/>
          <w:color w:val="000000"/>
          <w:sz w:val="24"/>
          <w:lang w:val="ru-RU"/>
        </w:rPr>
        <w:t xml:space="preserve">. Прием запроса и документов и (или) информации, необходимых для предоставления Услуги. </w:t>
      </w:r>
    </w:p>
    <w:p w:rsidR="00A77280" w:rsidRPr="00F8386A" w:rsidRDefault="0041636D" w:rsidP="0041636D">
      <w:pPr>
        <w:autoSpaceDE w:val="0"/>
        <w:autoSpaceDN w:val="0"/>
        <w:spacing w:after="0" w:line="276" w:lineRule="exact"/>
        <w:ind w:right="-1" w:firstLine="720"/>
        <w:jc w:val="both"/>
        <w:rPr>
          <w:lang w:val="ru-RU"/>
        </w:rPr>
      </w:pP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Срок осуществления процедуры – 1 (один) рабочий день. </w:t>
      </w:r>
    </w:p>
    <w:p w:rsidR="00A77280" w:rsidRPr="00F8386A" w:rsidRDefault="00201AE6" w:rsidP="00201AE6">
      <w:pPr>
        <w:autoSpaceDE w:val="0"/>
        <w:autoSpaceDN w:val="0"/>
        <w:spacing w:before="32" w:after="0" w:line="244" w:lineRule="exact"/>
        <w:ind w:right="-1" w:firstLine="851"/>
        <w:jc w:val="both"/>
        <w:rPr>
          <w:lang w:val="ru-RU"/>
        </w:rPr>
      </w:pPr>
      <w:r>
        <w:rPr>
          <w:rFonts w:ascii="Times New Roman" w:eastAsia="Times New Roman" w:hAnsi="Times New Roman"/>
          <w:color w:val="000000"/>
          <w:sz w:val="24"/>
          <w:lang w:val="ru-RU"/>
        </w:rPr>
        <w:t>15</w:t>
      </w:r>
      <w:r w:rsidR="00E23918" w:rsidRPr="00F8386A">
        <w:rPr>
          <w:rFonts w:ascii="Times New Roman" w:eastAsia="Times New Roman" w:hAnsi="Times New Roman"/>
          <w:color w:val="000000"/>
          <w:sz w:val="24"/>
          <w:lang w:val="ru-RU"/>
        </w:rPr>
        <w:t xml:space="preserve">.1.3. Межведомственное информационное взаимодействие. </w:t>
      </w:r>
    </w:p>
    <w:p w:rsidR="00A77280" w:rsidRPr="00F8386A" w:rsidRDefault="00201AE6" w:rsidP="00201AE6">
      <w:pPr>
        <w:tabs>
          <w:tab w:val="left" w:pos="828"/>
        </w:tabs>
        <w:autoSpaceDE w:val="0"/>
        <w:autoSpaceDN w:val="0"/>
        <w:spacing w:after="0" w:line="276" w:lineRule="exact"/>
        <w:ind w:right="-1" w:firstLine="851"/>
        <w:jc w:val="both"/>
        <w:rPr>
          <w:lang w:val="ru-RU"/>
        </w:rPr>
      </w:pPr>
      <w:r>
        <w:rPr>
          <w:lang w:val="ru-RU"/>
        </w:rPr>
        <w:t xml:space="preserve"> </w:t>
      </w:r>
      <w:r w:rsidR="00E23918" w:rsidRPr="00F8386A">
        <w:rPr>
          <w:rFonts w:ascii="Times New Roman" w:eastAsia="Times New Roman" w:hAnsi="Times New Roman"/>
          <w:color w:val="000000"/>
          <w:sz w:val="24"/>
          <w:lang w:val="ru-RU"/>
        </w:rPr>
        <w:t xml:space="preserve">В случае, если целью обращения заявителя является признание садового дома жилым домом, срок осуществления процедуры – 5 (пять) рабочих дней. </w:t>
      </w:r>
    </w:p>
    <w:p w:rsidR="0097426D" w:rsidRDefault="0097426D" w:rsidP="0097426D">
      <w:pPr>
        <w:tabs>
          <w:tab w:val="left" w:pos="828"/>
        </w:tabs>
        <w:autoSpaceDE w:val="0"/>
        <w:autoSpaceDN w:val="0"/>
        <w:spacing w:after="0" w:line="274" w:lineRule="exact"/>
        <w:jc w:val="both"/>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r w:rsidRPr="0097426D">
        <w:rPr>
          <w:rFonts w:ascii="Times New Roman" w:eastAsia="Times New Roman" w:hAnsi="Times New Roman"/>
          <w:color w:val="000000"/>
          <w:sz w:val="24"/>
          <w:lang w:val="ru-RU"/>
        </w:rPr>
        <w:t xml:space="preserve">Федеральной службы государственной </w:t>
      </w:r>
      <w:r w:rsidRPr="0097426D">
        <w:rPr>
          <w:rFonts w:ascii="Times New Roman" w:eastAsia="Times New Roman" w:hAnsi="Times New Roman"/>
          <w:color w:val="000000"/>
          <w:sz w:val="24"/>
          <w:lang w:val="ru-RU"/>
        </w:rPr>
        <w:tab/>
        <w:t xml:space="preserve">регистрации, </w:t>
      </w:r>
      <w:r w:rsidRPr="0097426D">
        <w:rPr>
          <w:rFonts w:ascii="Times New Roman" w:eastAsia="Times New Roman" w:hAnsi="Times New Roman"/>
          <w:color w:val="000000"/>
          <w:sz w:val="24"/>
          <w:lang w:val="ru-RU"/>
        </w:rPr>
        <w:tab/>
        <w:t xml:space="preserve">кадастра и </w:t>
      </w:r>
      <w:r w:rsidR="0041636D">
        <w:rPr>
          <w:rFonts w:ascii="Times New Roman" w:eastAsia="Times New Roman" w:hAnsi="Times New Roman"/>
          <w:color w:val="000000"/>
          <w:sz w:val="24"/>
          <w:lang w:val="ru-RU"/>
        </w:rPr>
        <w:t>к</w:t>
      </w:r>
      <w:r w:rsidR="00E23918" w:rsidRPr="00F8386A">
        <w:rPr>
          <w:rFonts w:ascii="Times New Roman" w:eastAsia="Times New Roman" w:hAnsi="Times New Roman"/>
          <w:color w:val="000000"/>
          <w:sz w:val="24"/>
          <w:lang w:val="ru-RU"/>
        </w:rPr>
        <w:t>артографии по Московской области. Наименование вида сведений (сервиса, витрины данных): предоставление сведений, содержащихся в ЕГРН;</w:t>
      </w:r>
    </w:p>
    <w:p w:rsidR="0097426D" w:rsidRDefault="00E23918" w:rsidP="0097426D">
      <w:pPr>
        <w:tabs>
          <w:tab w:val="left" w:pos="828"/>
        </w:tabs>
        <w:autoSpaceDE w:val="0"/>
        <w:autoSpaceDN w:val="0"/>
        <w:spacing w:after="0" w:line="274" w:lineRule="exact"/>
        <w:jc w:val="both"/>
        <w:rPr>
          <w:rFonts w:ascii="Times New Roman" w:eastAsia="Times New Roman" w:hAnsi="Times New Roman"/>
          <w:color w:val="000000"/>
          <w:sz w:val="24"/>
          <w:lang w:val="ru-RU"/>
        </w:rPr>
      </w:pPr>
      <w:r w:rsidRPr="00F8386A">
        <w:rPr>
          <w:lang w:val="ru-RU"/>
        </w:rPr>
        <w:tab/>
      </w:r>
      <w:proofErr w:type="spellStart"/>
      <w:r w:rsidRPr="00F8386A">
        <w:rPr>
          <w:rFonts w:ascii="Times New Roman" w:eastAsia="Times New Roman" w:hAnsi="Times New Roman"/>
          <w:color w:val="000000"/>
          <w:sz w:val="24"/>
          <w:lang w:val="ru-RU"/>
        </w:rPr>
        <w:t>Московско</w:t>
      </w:r>
      <w:proofErr w:type="spellEnd"/>
      <w:r w:rsidRPr="00F8386A">
        <w:rPr>
          <w:rFonts w:ascii="Times New Roman" w:eastAsia="Times New Roman" w:hAnsi="Times New Roman"/>
          <w:color w:val="000000"/>
          <w:sz w:val="24"/>
          <w:lang w:val="ru-RU"/>
        </w:rPr>
        <w:t xml:space="preserve">⁠-⁠Окское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(пять) рабочих дней со дня его поступления в </w:t>
      </w:r>
      <w:proofErr w:type="spellStart"/>
      <w:r w:rsidRPr="00F8386A">
        <w:rPr>
          <w:rFonts w:ascii="Times New Roman" w:eastAsia="Times New Roman" w:hAnsi="Times New Roman"/>
          <w:color w:val="000000"/>
          <w:sz w:val="24"/>
          <w:lang w:val="ru-RU"/>
        </w:rPr>
        <w:t>Московско</w:t>
      </w:r>
      <w:proofErr w:type="spellEnd"/>
      <w:r w:rsidRPr="00F8386A">
        <w:rPr>
          <w:rFonts w:ascii="Times New Roman" w:eastAsia="Times New Roman" w:hAnsi="Times New Roman"/>
          <w:color w:val="000000"/>
          <w:sz w:val="24"/>
          <w:lang w:val="ru-RU"/>
        </w:rPr>
        <w:t xml:space="preserve">⁠-⁠Окское бассейновое водное управление Федерального агентства водных ресурсов; </w:t>
      </w:r>
    </w:p>
    <w:p w:rsidR="00A77280" w:rsidRPr="00F8386A" w:rsidRDefault="00E23918" w:rsidP="0097426D">
      <w:pPr>
        <w:tabs>
          <w:tab w:val="left" w:pos="828"/>
        </w:tabs>
        <w:autoSpaceDE w:val="0"/>
        <w:autoSpaceDN w:val="0"/>
        <w:spacing w:after="0" w:line="274" w:lineRule="exact"/>
        <w:jc w:val="both"/>
        <w:rPr>
          <w:lang w:val="ru-RU"/>
        </w:rPr>
      </w:pPr>
      <w:r w:rsidRPr="00F8386A">
        <w:rPr>
          <w:lang w:val="ru-RU"/>
        </w:rPr>
        <w:tab/>
      </w:r>
      <w:r w:rsidRPr="00F8386A">
        <w:rPr>
          <w:rFonts w:ascii="Times New Roman" w:eastAsia="Times New Roman" w:hAnsi="Times New Roman"/>
          <w:color w:val="000000"/>
          <w:sz w:val="24"/>
          <w:lang w:val="ru-RU"/>
        </w:rPr>
        <w:t xml:space="preserve">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(один) календарный день со дня его поступления в ВИС, ГИСОГД. </w:t>
      </w:r>
    </w:p>
    <w:p w:rsidR="00A77280" w:rsidRPr="00F8386A" w:rsidRDefault="00E23918" w:rsidP="0097426D">
      <w:pPr>
        <w:tabs>
          <w:tab w:val="left" w:pos="828"/>
        </w:tabs>
        <w:autoSpaceDE w:val="0"/>
        <w:autoSpaceDN w:val="0"/>
        <w:spacing w:after="0" w:line="276" w:lineRule="exact"/>
        <w:jc w:val="both"/>
        <w:rPr>
          <w:lang w:val="ru-RU"/>
        </w:rPr>
      </w:pPr>
      <w:r w:rsidRPr="00F8386A">
        <w:rPr>
          <w:lang w:val="ru-RU"/>
        </w:rPr>
        <w:tab/>
      </w:r>
      <w:r w:rsidRPr="00F8386A">
        <w:rPr>
          <w:rFonts w:ascii="Times New Roman" w:eastAsia="Times New Roman" w:hAnsi="Times New Roman"/>
          <w:color w:val="000000"/>
          <w:sz w:val="24"/>
          <w:lang w:val="ru-RU"/>
        </w:rPr>
        <w:t xml:space="preserve">В случае, если целью обращения заявителя является признание жилого дома садовым домом, срок осуществления процедуры – 5 (пять) рабочих дней. </w:t>
      </w:r>
    </w:p>
    <w:p w:rsidR="00A77280" w:rsidRDefault="00E23918" w:rsidP="0097426D">
      <w:pPr>
        <w:tabs>
          <w:tab w:val="left" w:pos="828"/>
        </w:tabs>
        <w:autoSpaceDE w:val="0"/>
        <w:autoSpaceDN w:val="0"/>
        <w:spacing w:after="16" w:line="276" w:lineRule="exact"/>
        <w:ind w:firstLine="426"/>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 xml:space="preserve">Межведомственные информационные запросы направляются в: </w:t>
      </w:r>
      <w:r w:rsidRPr="00F8386A">
        <w:rPr>
          <w:lang w:val="ru-RU"/>
        </w:rPr>
        <w:br/>
      </w:r>
      <w:r w:rsidRPr="00F8386A">
        <w:rPr>
          <w:lang w:val="ru-RU"/>
        </w:rPr>
        <w:tab/>
      </w:r>
      <w:r w:rsidRPr="00F8386A">
        <w:rPr>
          <w:rFonts w:ascii="Times New Roman" w:eastAsia="Times New Roman" w:hAnsi="Times New Roman"/>
          <w:color w:val="000000"/>
          <w:sz w:val="24"/>
          <w:lang w:val="ru-RU"/>
        </w:rPr>
        <w:t xml:space="preserve">Федеральную налоговую службу. Наименование вида сведений (сервиса, витрины данных): предоставление выписки из ЕГРЮЛ, ЕГРИП в форме электронного документа; </w:t>
      </w:r>
    </w:p>
    <w:p w:rsidR="0097426D" w:rsidRDefault="005E6EA4" w:rsidP="005E6EA4">
      <w:pPr>
        <w:tabs>
          <w:tab w:val="left" w:pos="828"/>
        </w:tabs>
        <w:autoSpaceDE w:val="0"/>
        <w:autoSpaceDN w:val="0"/>
        <w:spacing w:after="16" w:line="276" w:lineRule="exact"/>
        <w:ind w:firstLine="426"/>
        <w:jc w:val="both"/>
        <w:rPr>
          <w:rFonts w:ascii="Times New Roman" w:eastAsia="Times New Roman" w:hAnsi="Times New Roman"/>
          <w:color w:val="000000"/>
          <w:sz w:val="24"/>
          <w:lang w:val="ru-RU"/>
        </w:rPr>
      </w:pPr>
      <w:r w:rsidRPr="005E6EA4">
        <w:rPr>
          <w:rFonts w:ascii="Times New Roman" w:eastAsia="Times New Roman" w:hAnsi="Times New Roman"/>
          <w:color w:val="000000"/>
          <w:sz w:val="24"/>
          <w:lang w:val="ru-RU"/>
        </w:rPr>
        <w:t>Упра</w:t>
      </w:r>
      <w:r>
        <w:rPr>
          <w:rFonts w:ascii="Times New Roman" w:eastAsia="Times New Roman" w:hAnsi="Times New Roman"/>
          <w:color w:val="000000"/>
          <w:sz w:val="24"/>
          <w:lang w:val="ru-RU"/>
        </w:rPr>
        <w:t>в</w:t>
      </w:r>
      <w:r w:rsidRPr="005E6EA4">
        <w:rPr>
          <w:rFonts w:ascii="Times New Roman" w:eastAsia="Times New Roman" w:hAnsi="Times New Roman"/>
          <w:color w:val="000000"/>
          <w:sz w:val="24"/>
          <w:lang w:val="ru-RU"/>
        </w:rPr>
        <w:t>ление</w:t>
      </w:r>
      <w:r>
        <w:rPr>
          <w:rFonts w:ascii="Times New Roman" w:eastAsia="Times New Roman" w:hAnsi="Times New Roman"/>
          <w:color w:val="000000"/>
          <w:sz w:val="24"/>
          <w:lang w:val="ru-RU"/>
        </w:rPr>
        <w:t xml:space="preserve"> Федеральной службы государственной регистрации, кадастра и </w:t>
      </w:r>
      <w:r w:rsidR="00E23918" w:rsidRPr="00F8386A">
        <w:rPr>
          <w:rFonts w:ascii="Times New Roman" w:eastAsia="Times New Roman" w:hAnsi="Times New Roman"/>
          <w:color w:val="000000"/>
          <w:sz w:val="24"/>
          <w:lang w:val="ru-RU"/>
        </w:rPr>
        <w:t xml:space="preserve">картографии по Московской области. Наименование вида сведений (сервиса, витрины данных): предоставление сведений, содержащихся в ЕГРН; </w:t>
      </w:r>
    </w:p>
    <w:p w:rsidR="0097426D" w:rsidRDefault="00E23918" w:rsidP="0097426D">
      <w:pPr>
        <w:tabs>
          <w:tab w:val="left" w:pos="828"/>
        </w:tabs>
        <w:autoSpaceDE w:val="0"/>
        <w:autoSpaceDN w:val="0"/>
        <w:spacing w:after="0" w:line="274" w:lineRule="exact"/>
        <w:jc w:val="both"/>
        <w:rPr>
          <w:rFonts w:ascii="Times New Roman" w:eastAsia="Times New Roman" w:hAnsi="Times New Roman"/>
          <w:color w:val="000000"/>
          <w:sz w:val="24"/>
          <w:lang w:val="ru-RU"/>
        </w:rPr>
      </w:pPr>
      <w:r w:rsidRPr="00F8386A">
        <w:rPr>
          <w:lang w:val="ru-RU"/>
        </w:rPr>
        <w:tab/>
      </w:r>
      <w:r w:rsidRPr="00F8386A">
        <w:rPr>
          <w:rFonts w:ascii="Times New Roman" w:eastAsia="Times New Roman" w:hAnsi="Times New Roman"/>
          <w:color w:val="000000"/>
          <w:sz w:val="24"/>
          <w:lang w:val="ru-RU"/>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(пять) рабочих дней со дня его поступления в Министерство внутренних дел Российской Федерации;</w:t>
      </w:r>
    </w:p>
    <w:p w:rsidR="00A77280" w:rsidRPr="00F8386A" w:rsidRDefault="00E23918" w:rsidP="0097426D">
      <w:pPr>
        <w:tabs>
          <w:tab w:val="left" w:pos="828"/>
        </w:tabs>
        <w:autoSpaceDE w:val="0"/>
        <w:autoSpaceDN w:val="0"/>
        <w:spacing w:after="0" w:line="274" w:lineRule="exact"/>
        <w:jc w:val="both"/>
        <w:rPr>
          <w:lang w:val="ru-RU"/>
        </w:rPr>
      </w:pPr>
      <w:r w:rsidRPr="00F8386A">
        <w:rPr>
          <w:lang w:val="ru-RU"/>
        </w:rPr>
        <w:tab/>
      </w:r>
      <w:r w:rsidRPr="00F8386A">
        <w:rPr>
          <w:rFonts w:ascii="Times New Roman" w:eastAsia="Times New Roman" w:hAnsi="Times New Roman"/>
          <w:color w:val="000000"/>
          <w:sz w:val="24"/>
          <w:lang w:val="ru-RU"/>
        </w:rPr>
        <w:t xml:space="preserve">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(один) календарный день со дня его поступления в ВИС, ГИСОГД. </w:t>
      </w:r>
    </w:p>
    <w:p w:rsidR="00A77280" w:rsidRPr="00F8386A" w:rsidRDefault="0097426D">
      <w:pPr>
        <w:autoSpaceDE w:val="0"/>
        <w:autoSpaceDN w:val="0"/>
        <w:spacing w:before="34" w:after="0" w:line="242" w:lineRule="exact"/>
        <w:ind w:left="262"/>
        <w:rPr>
          <w:lang w:val="ru-RU"/>
        </w:rPr>
      </w:pPr>
      <w:r>
        <w:rPr>
          <w:rFonts w:ascii="Times New Roman" w:eastAsia="Times New Roman" w:hAnsi="Times New Roman"/>
          <w:color w:val="000000"/>
          <w:sz w:val="24"/>
          <w:lang w:val="ru-RU"/>
        </w:rPr>
        <w:t xml:space="preserve">         15.</w:t>
      </w:r>
      <w:r w:rsidR="00E23918" w:rsidRPr="00F8386A">
        <w:rPr>
          <w:rFonts w:ascii="Times New Roman" w:eastAsia="Times New Roman" w:hAnsi="Times New Roman"/>
          <w:color w:val="000000"/>
          <w:sz w:val="24"/>
          <w:lang w:val="ru-RU"/>
        </w:rPr>
        <w:t xml:space="preserve">1.4. Принятие решения о предоставлении (об отказе в предоставлении) Услуги. </w:t>
      </w:r>
    </w:p>
    <w:p w:rsidR="00A77280" w:rsidRPr="00F8386A" w:rsidRDefault="0041636D" w:rsidP="0041636D">
      <w:pPr>
        <w:autoSpaceDE w:val="0"/>
        <w:autoSpaceDN w:val="0"/>
        <w:spacing w:before="34" w:after="0" w:line="242" w:lineRule="exact"/>
        <w:rPr>
          <w:lang w:val="ru-RU"/>
        </w:rPr>
      </w:pPr>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Срок осуществления процедуры – 5 (пять) рабочих дней. </w:t>
      </w:r>
    </w:p>
    <w:p w:rsidR="00A77280" w:rsidRPr="00F8386A" w:rsidRDefault="003A56AF">
      <w:pPr>
        <w:autoSpaceDE w:val="0"/>
        <w:autoSpaceDN w:val="0"/>
        <w:spacing w:before="34" w:after="0" w:line="242" w:lineRule="exact"/>
        <w:ind w:left="262"/>
        <w:rPr>
          <w:lang w:val="ru-RU"/>
        </w:rPr>
      </w:pPr>
      <w:r>
        <w:rPr>
          <w:rFonts w:ascii="Times New Roman" w:eastAsia="Times New Roman" w:hAnsi="Times New Roman"/>
          <w:color w:val="000000"/>
          <w:sz w:val="24"/>
          <w:lang w:val="ru-RU"/>
        </w:rPr>
        <w:t xml:space="preserve">         15</w:t>
      </w:r>
      <w:r w:rsidR="00E23918" w:rsidRPr="00F8386A">
        <w:rPr>
          <w:rFonts w:ascii="Times New Roman" w:eastAsia="Times New Roman" w:hAnsi="Times New Roman"/>
          <w:color w:val="000000"/>
          <w:sz w:val="24"/>
          <w:lang w:val="ru-RU"/>
        </w:rPr>
        <w:t xml:space="preserve">.1.5. Предоставление результата предоставления Услуги. </w:t>
      </w:r>
    </w:p>
    <w:p w:rsidR="00A77280" w:rsidRPr="00F8386A" w:rsidRDefault="0041636D" w:rsidP="0041636D">
      <w:pPr>
        <w:autoSpaceDE w:val="0"/>
        <w:autoSpaceDN w:val="0"/>
        <w:spacing w:before="34" w:after="0" w:line="242" w:lineRule="exact"/>
        <w:rPr>
          <w:lang w:val="ru-RU"/>
        </w:rPr>
      </w:pPr>
      <w:r>
        <w:rPr>
          <w:rFonts w:ascii="Times New Roman" w:eastAsia="Times New Roman" w:hAnsi="Times New Roman"/>
          <w:color w:val="000000"/>
          <w:sz w:val="24"/>
          <w:lang w:val="ru-RU"/>
        </w:rPr>
        <w:t xml:space="preserve">         </w:t>
      </w:r>
      <w:bookmarkStart w:id="0" w:name="_GoBack"/>
      <w:bookmarkEnd w:id="0"/>
      <w:r>
        <w:rPr>
          <w:rFonts w:ascii="Times New Roman" w:eastAsia="Times New Roman" w:hAnsi="Times New Roman"/>
          <w:color w:val="000000"/>
          <w:sz w:val="24"/>
          <w:lang w:val="ru-RU"/>
        </w:rPr>
        <w:t xml:space="preserve">     </w:t>
      </w:r>
      <w:r w:rsidR="00E23918" w:rsidRPr="00F8386A">
        <w:rPr>
          <w:rFonts w:ascii="Times New Roman" w:eastAsia="Times New Roman" w:hAnsi="Times New Roman"/>
          <w:color w:val="000000"/>
          <w:sz w:val="24"/>
          <w:lang w:val="ru-RU"/>
        </w:rPr>
        <w:t xml:space="preserve">Срок осуществления процедуры – 2 (два) рабочих дня. </w:t>
      </w:r>
    </w:p>
    <w:p w:rsidR="00A77280" w:rsidRPr="00F8386A" w:rsidRDefault="00E23918" w:rsidP="003A56AF">
      <w:pPr>
        <w:autoSpaceDE w:val="0"/>
        <w:autoSpaceDN w:val="0"/>
        <w:spacing w:before="310" w:after="0" w:line="242" w:lineRule="exact"/>
        <w:ind w:left="672"/>
        <w:jc w:val="center"/>
        <w:rPr>
          <w:lang w:val="ru-RU"/>
        </w:rPr>
      </w:pPr>
      <w:r>
        <w:rPr>
          <w:rFonts w:ascii="Times New Roman" w:eastAsia="Times New Roman" w:hAnsi="Times New Roman"/>
          <w:color w:val="000000"/>
          <w:sz w:val="24"/>
        </w:rPr>
        <w:t>IV</w:t>
      </w:r>
      <w:r w:rsidRPr="00F8386A">
        <w:rPr>
          <w:rFonts w:ascii="Times New Roman" w:eastAsia="Times New Roman" w:hAnsi="Times New Roman"/>
          <w:color w:val="000000"/>
          <w:sz w:val="24"/>
          <w:lang w:val="ru-RU"/>
        </w:rPr>
        <w:t xml:space="preserve">. Способы информирования заявителя </w:t>
      </w:r>
      <w:r w:rsidR="003A56AF">
        <w:rPr>
          <w:rFonts w:ascii="Times New Roman" w:eastAsia="Times New Roman" w:hAnsi="Times New Roman"/>
          <w:color w:val="000000"/>
          <w:sz w:val="24"/>
          <w:lang w:val="ru-RU"/>
        </w:rPr>
        <w:br/>
      </w:r>
      <w:r w:rsidRPr="00F8386A">
        <w:rPr>
          <w:rFonts w:ascii="Times New Roman" w:eastAsia="Times New Roman" w:hAnsi="Times New Roman"/>
          <w:color w:val="000000"/>
          <w:sz w:val="24"/>
          <w:lang w:val="ru-RU"/>
        </w:rPr>
        <w:t>об изменении статуса рассмотрения запроса</w:t>
      </w:r>
    </w:p>
    <w:p w:rsidR="00A77280" w:rsidRPr="00F8386A" w:rsidRDefault="003A56AF">
      <w:pPr>
        <w:autoSpaceDE w:val="0"/>
        <w:autoSpaceDN w:val="0"/>
        <w:spacing w:before="324" w:after="0" w:line="280" w:lineRule="exact"/>
        <w:ind w:left="1440" w:right="1152"/>
        <w:jc w:val="center"/>
        <w:rPr>
          <w:lang w:val="ru-RU"/>
        </w:rPr>
      </w:pPr>
      <w:r>
        <w:rPr>
          <w:rFonts w:ascii="Times New Roman" w:eastAsia="Times New Roman" w:hAnsi="Times New Roman"/>
          <w:color w:val="000000"/>
          <w:sz w:val="24"/>
          <w:lang w:val="ru-RU"/>
        </w:rPr>
        <w:lastRenderedPageBreak/>
        <w:t xml:space="preserve">16. </w:t>
      </w:r>
      <w:r w:rsidR="00E23918" w:rsidRPr="00F8386A">
        <w:rPr>
          <w:rFonts w:ascii="Times New Roman" w:eastAsia="Times New Roman" w:hAnsi="Times New Roman"/>
          <w:color w:val="000000"/>
          <w:sz w:val="24"/>
          <w:lang w:val="ru-RU"/>
        </w:rPr>
        <w:t xml:space="preserve">Перечень способов информирования заявителя об изменении статуса рассмотрения запроса </w:t>
      </w:r>
    </w:p>
    <w:p w:rsidR="003A56AF" w:rsidRDefault="003A56AF" w:rsidP="003A56AF">
      <w:pPr>
        <w:autoSpaceDE w:val="0"/>
        <w:autoSpaceDN w:val="0"/>
        <w:spacing w:before="328" w:after="0" w:line="278" w:lineRule="exact"/>
        <w:ind w:firstLine="720"/>
        <w:rPr>
          <w:rFonts w:ascii="Times New Roman" w:eastAsia="Times New Roman" w:hAnsi="Times New Roman"/>
          <w:color w:val="000000"/>
          <w:sz w:val="24"/>
          <w:lang w:val="ru-RU"/>
        </w:rPr>
      </w:pPr>
      <w:r>
        <w:rPr>
          <w:rFonts w:ascii="Times New Roman" w:eastAsia="Times New Roman" w:hAnsi="Times New Roman"/>
          <w:color w:val="000000"/>
          <w:sz w:val="24"/>
          <w:lang w:val="ru-RU"/>
        </w:rPr>
        <w:t>16</w:t>
      </w:r>
      <w:r w:rsidR="00E23918" w:rsidRPr="00F8386A">
        <w:rPr>
          <w:rFonts w:ascii="Times New Roman" w:eastAsia="Times New Roman" w:hAnsi="Times New Roman"/>
          <w:color w:val="000000"/>
          <w:sz w:val="24"/>
          <w:lang w:val="ru-RU"/>
        </w:rPr>
        <w:t xml:space="preserve">.1. Информирование заявителя об изменении статуса рассмотрения запроса обеспечивается посредством направления уведомления: </w:t>
      </w:r>
    </w:p>
    <w:p w:rsidR="00A77280" w:rsidRPr="003A56AF" w:rsidRDefault="003A56AF" w:rsidP="003A56AF">
      <w:pPr>
        <w:autoSpaceDE w:val="0"/>
        <w:autoSpaceDN w:val="0"/>
        <w:spacing w:after="0" w:line="278" w:lineRule="exact"/>
        <w:ind w:firstLine="720"/>
        <w:rPr>
          <w:lang w:val="ru-RU"/>
        </w:rPr>
      </w:pPr>
      <w:r>
        <w:rPr>
          <w:rFonts w:ascii="Times New Roman" w:eastAsia="Times New Roman" w:hAnsi="Times New Roman"/>
          <w:color w:val="000000"/>
          <w:sz w:val="24"/>
          <w:lang w:val="ru-RU"/>
        </w:rPr>
        <w:t>16</w:t>
      </w:r>
      <w:r w:rsidR="00E23918" w:rsidRPr="00F8386A">
        <w:rPr>
          <w:rFonts w:ascii="Times New Roman" w:eastAsia="Times New Roman" w:hAnsi="Times New Roman"/>
          <w:color w:val="000000"/>
          <w:sz w:val="24"/>
          <w:lang w:val="ru-RU"/>
        </w:rPr>
        <w:t xml:space="preserve">.1.1. </w:t>
      </w:r>
      <w:r w:rsidR="00E23918" w:rsidRPr="003A56AF">
        <w:rPr>
          <w:rFonts w:ascii="Times New Roman" w:eastAsia="Times New Roman" w:hAnsi="Times New Roman"/>
          <w:color w:val="000000"/>
          <w:sz w:val="24"/>
          <w:lang w:val="ru-RU"/>
        </w:rPr>
        <w:t xml:space="preserve">В личный кабинет на РПГУ. </w:t>
      </w:r>
    </w:p>
    <w:sectPr w:rsidR="00A77280" w:rsidRPr="003A56AF" w:rsidSect="00E23918">
      <w:head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F35" w:rsidRDefault="00EF5F35" w:rsidP="00EF5F35">
      <w:pPr>
        <w:spacing w:after="0" w:line="240" w:lineRule="auto"/>
      </w:pPr>
      <w:r>
        <w:separator/>
      </w:r>
    </w:p>
  </w:endnote>
  <w:endnote w:type="continuationSeparator" w:id="0">
    <w:p w:rsidR="00EF5F35" w:rsidRDefault="00EF5F35" w:rsidP="00EF5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F35" w:rsidRDefault="00EF5F35" w:rsidP="00EF5F35">
      <w:pPr>
        <w:spacing w:after="0" w:line="240" w:lineRule="auto"/>
      </w:pPr>
      <w:r>
        <w:separator/>
      </w:r>
    </w:p>
  </w:footnote>
  <w:footnote w:type="continuationSeparator" w:id="0">
    <w:p w:rsidR="00EF5F35" w:rsidRDefault="00EF5F35" w:rsidP="00EF5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557437"/>
      <w:docPartObj>
        <w:docPartGallery w:val="Page Numbers (Top of Page)"/>
        <w:docPartUnique/>
      </w:docPartObj>
    </w:sdtPr>
    <w:sdtEndPr/>
    <w:sdtContent>
      <w:p w:rsidR="00E23918" w:rsidRDefault="00E23918">
        <w:pPr>
          <w:pStyle w:val="a5"/>
          <w:jc w:val="center"/>
        </w:pPr>
        <w:r>
          <w:fldChar w:fldCharType="begin"/>
        </w:r>
        <w:r>
          <w:instrText>PAGE   \* MERGEFORMAT</w:instrText>
        </w:r>
        <w:r>
          <w:fldChar w:fldCharType="separate"/>
        </w:r>
        <w:r w:rsidR="0041636D" w:rsidRPr="0041636D">
          <w:rPr>
            <w:noProof/>
            <w:lang w:val="ru-RU"/>
          </w:rPr>
          <w:t>8</w:t>
        </w:r>
        <w:r>
          <w:fldChar w:fldCharType="end"/>
        </w:r>
      </w:p>
    </w:sdtContent>
  </w:sdt>
  <w:p w:rsidR="00E23918" w:rsidRDefault="00E2391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5D00"/>
    <w:rsid w:val="001B44BC"/>
    <w:rsid w:val="001D0A52"/>
    <w:rsid w:val="00201AE6"/>
    <w:rsid w:val="0029639D"/>
    <w:rsid w:val="002F3A11"/>
    <w:rsid w:val="00326F90"/>
    <w:rsid w:val="003A1225"/>
    <w:rsid w:val="003A56AF"/>
    <w:rsid w:val="0041636D"/>
    <w:rsid w:val="004248AB"/>
    <w:rsid w:val="00444686"/>
    <w:rsid w:val="005E6EA4"/>
    <w:rsid w:val="007E4538"/>
    <w:rsid w:val="00922CBA"/>
    <w:rsid w:val="00930156"/>
    <w:rsid w:val="0097426D"/>
    <w:rsid w:val="00A77280"/>
    <w:rsid w:val="00AA1D8D"/>
    <w:rsid w:val="00B47730"/>
    <w:rsid w:val="00CB0664"/>
    <w:rsid w:val="00D5553A"/>
    <w:rsid w:val="00DD6A4C"/>
    <w:rsid w:val="00E23918"/>
    <w:rsid w:val="00E43598"/>
    <w:rsid w:val="00EF5F35"/>
    <w:rsid w:val="00F838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3F74A5"/>
  <w14:defaultImageDpi w14:val="300"/>
  <w15:docId w15:val="{3AF7A593-C1A5-4AD7-BED0-6841ABDE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E23918"/>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E239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DF2C8-9DA0-4134-80E0-906A33B60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3187</Words>
  <Characters>18166</Characters>
  <Application>Microsoft Office Word</Application>
  <DocSecurity>0</DocSecurity>
  <Lines>151</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Яшина Ольга Валерьевна</cp:lastModifiedBy>
  <cp:revision>15</cp:revision>
  <cp:lastPrinted>2026-10-13T07:57:00Z</cp:lastPrinted>
  <dcterms:created xsi:type="dcterms:W3CDTF">2026-10-06T14:06:00Z</dcterms:created>
  <dcterms:modified xsi:type="dcterms:W3CDTF">2026-10-13T07:58:00Z</dcterms:modified>
  <cp:category/>
</cp:coreProperties>
</file>